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539BF" w14:textId="77777777" w:rsidR="00A11527" w:rsidRPr="00A11E45" w:rsidRDefault="00E043E9" w:rsidP="00A11E45">
      <w:pPr>
        <w:spacing w:after="20"/>
        <w:jc w:val="center"/>
        <w:rPr>
          <w:rFonts w:ascii="Times New Roman" w:hAnsi="Times New Roman" w:cs="Times New Roman"/>
          <w:color w:val="auto"/>
        </w:rPr>
      </w:pPr>
      <w:r w:rsidRPr="00A11E45">
        <w:rPr>
          <w:rFonts w:ascii="Times New Roman" w:hAnsi="Times New Roman" w:cs="Times New Roman"/>
          <w:b/>
          <w:color w:val="auto"/>
        </w:rPr>
        <w:t>T.C.</w:t>
      </w:r>
    </w:p>
    <w:p w14:paraId="40450790" w14:textId="3D20A2A0" w:rsidR="00A11527" w:rsidRDefault="00E043E9">
      <w:pPr>
        <w:spacing w:after="20"/>
        <w:jc w:val="center"/>
        <w:rPr>
          <w:rFonts w:ascii="Times New Roman" w:hAnsi="Times New Roman" w:cs="Times New Roman"/>
          <w:b/>
          <w:color w:val="auto"/>
        </w:rPr>
      </w:pPr>
      <w:r w:rsidRPr="00A11E45">
        <w:rPr>
          <w:rFonts w:ascii="Times New Roman" w:hAnsi="Times New Roman" w:cs="Times New Roman"/>
          <w:b/>
          <w:color w:val="auto"/>
        </w:rPr>
        <w:t>BOĞAZİÇİ ÜNİVERSİTESİ</w:t>
      </w:r>
    </w:p>
    <w:p w14:paraId="280BAC78" w14:textId="77777777" w:rsidR="00A11E45" w:rsidRPr="00A11E45" w:rsidRDefault="00A11E45">
      <w:pPr>
        <w:spacing w:after="20"/>
        <w:jc w:val="center"/>
        <w:rPr>
          <w:rFonts w:ascii="Times New Roman" w:hAnsi="Times New Roman" w:cs="Times New Roman"/>
          <w:b/>
          <w:color w:val="auto"/>
        </w:rPr>
      </w:pPr>
    </w:p>
    <w:p w14:paraId="135EC595" w14:textId="77777777" w:rsidR="00902350" w:rsidRPr="00A11E45" w:rsidRDefault="00902350" w:rsidP="00902350">
      <w:pPr>
        <w:jc w:val="right"/>
        <w:rPr>
          <w:rFonts w:ascii="Times New Roman" w:hAnsi="Times New Roman" w:cs="Times New Roman"/>
          <w:color w:val="auto"/>
        </w:rPr>
      </w:pPr>
      <w:r w:rsidRPr="00A11E45">
        <w:rPr>
          <w:rFonts w:ascii="Times New Roman" w:hAnsi="Times New Roman" w:cs="Times New Roman"/>
          <w:color w:val="auto"/>
        </w:rPr>
        <w:t>…… / …… / 20……</w:t>
      </w:r>
    </w:p>
    <w:p w14:paraId="58320E63" w14:textId="77777777" w:rsidR="00902350" w:rsidRPr="00A11E45" w:rsidRDefault="00902350">
      <w:pPr>
        <w:spacing w:after="20"/>
        <w:jc w:val="center"/>
        <w:rPr>
          <w:rFonts w:ascii="Times New Roman" w:hAnsi="Times New Roman" w:cs="Times New Roman"/>
          <w:color w:val="auto"/>
        </w:rPr>
      </w:pPr>
    </w:p>
    <w:p w14:paraId="2E274A76" w14:textId="77777777" w:rsidR="00E7470F" w:rsidRDefault="00E7470F">
      <w:pPr>
        <w:spacing w:before="120" w:after="180"/>
        <w:jc w:val="center"/>
        <w:rPr>
          <w:rFonts w:ascii="Times New Roman" w:hAnsi="Times New Roman" w:cs="Times New Roman"/>
          <w:b/>
          <w:color w:val="auto"/>
        </w:rPr>
      </w:pPr>
    </w:p>
    <w:p w14:paraId="333FFB7A" w14:textId="572B2B41" w:rsidR="00A11527" w:rsidRPr="00A11E45" w:rsidRDefault="00E043E9">
      <w:pPr>
        <w:spacing w:before="120" w:after="180"/>
        <w:jc w:val="center"/>
        <w:rPr>
          <w:rFonts w:ascii="Times New Roman" w:hAnsi="Times New Roman" w:cs="Times New Roman"/>
          <w:color w:val="auto"/>
        </w:rPr>
      </w:pPr>
      <w:r w:rsidRPr="00A11E45">
        <w:rPr>
          <w:rFonts w:ascii="Times New Roman" w:hAnsi="Times New Roman" w:cs="Times New Roman"/>
          <w:b/>
          <w:color w:val="auto"/>
        </w:rPr>
        <w:t>VERİ BİLİMİ VE YAPAY ZEKA ENSTİTÜSÜ MÜDÜRLÜĞÜNE,</w:t>
      </w:r>
    </w:p>
    <w:p w14:paraId="389F3AD5" w14:textId="77777777" w:rsidR="00A11527" w:rsidRPr="00A11E45" w:rsidRDefault="00E043E9">
      <w:pPr>
        <w:spacing w:before="120" w:line="360" w:lineRule="auto"/>
        <w:jc w:val="both"/>
        <w:rPr>
          <w:rFonts w:ascii="Times New Roman" w:hAnsi="Times New Roman" w:cs="Times New Roman"/>
          <w:color w:val="auto"/>
        </w:rPr>
      </w:pPr>
      <w:r w:rsidRPr="00A11E45">
        <w:rPr>
          <w:rFonts w:ascii="Times New Roman" w:hAnsi="Times New Roman" w:cs="Times New Roman"/>
          <w:color w:val="auto"/>
        </w:rPr>
        <w:t xml:space="preserve">……………… tarihinde tez savunmamı başarıyla yaptım. Tezin içerdiği özgün veri tabanı nedeniyle yayına dönüşünceye kadar </w:t>
      </w:r>
      <w:r w:rsidRPr="00A11E45">
        <w:rPr>
          <w:rFonts w:ascii="Times New Roman" w:hAnsi="Times New Roman" w:cs="Times New Roman"/>
          <w:b/>
          <w:color w:val="auto"/>
        </w:rPr>
        <w:t xml:space="preserve">Boğaziçi Üniversitesi Kütüphanesi ve </w:t>
      </w:r>
      <w:r w:rsidRPr="00A11E45">
        <w:rPr>
          <w:rFonts w:ascii="Times New Roman" w:hAnsi="Times New Roman" w:cs="Times New Roman"/>
          <w:b/>
          <w:color w:val="auto"/>
        </w:rPr>
        <w:t>Yükseköğretim Kurulu Uluslararası Tez Merkezi Veri Tabanında</w:t>
      </w:r>
      <w:r w:rsidRPr="00A11E45">
        <w:rPr>
          <w:rFonts w:ascii="Times New Roman" w:hAnsi="Times New Roman" w:cs="Times New Roman"/>
          <w:color w:val="auto"/>
        </w:rPr>
        <w:t xml:space="preserve"> ……… ay/yıl süre ile internet üzerinden tam metin erişimine kapatılması için bilgilerinizi ve gereğini arz ederim.</w:t>
      </w:r>
    </w:p>
    <w:p w14:paraId="57A121FC" w14:textId="77777777" w:rsidR="001739A9" w:rsidRPr="00A11E45" w:rsidRDefault="00E043E9" w:rsidP="00902350">
      <w:pPr>
        <w:pBdr>
          <w:bottom w:val="single" w:sz="6" w:space="2" w:color="8A94A0"/>
        </w:pBdr>
        <w:spacing w:before="320" w:after="60" w:line="400" w:lineRule="exact"/>
        <w:jc w:val="right"/>
        <w:rPr>
          <w:rFonts w:ascii="Times New Roman" w:hAnsi="Times New Roman" w:cs="Times New Roman"/>
          <w:color w:val="auto"/>
        </w:rPr>
      </w:pPr>
      <w:proofErr w:type="spellStart"/>
      <w:r w:rsidRPr="00A11E45">
        <w:rPr>
          <w:rFonts w:ascii="Times New Roman" w:hAnsi="Times New Roman" w:cs="Times New Roman"/>
          <w:color w:val="auto"/>
        </w:rPr>
        <w:t>Öğrencinin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Adı-Soyadı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ve </w:t>
      </w:r>
      <w:proofErr w:type="spellStart"/>
      <w:r w:rsidRPr="00A11E45">
        <w:rPr>
          <w:rFonts w:ascii="Times New Roman" w:hAnsi="Times New Roman" w:cs="Times New Roman"/>
          <w:color w:val="auto"/>
        </w:rPr>
        <w:t>Numarası</w:t>
      </w:r>
      <w:proofErr w:type="spellEnd"/>
      <w:r w:rsidRPr="00A11E45">
        <w:rPr>
          <w:rFonts w:ascii="Times New Roman" w:hAnsi="Times New Roman" w:cs="Times New Roman"/>
          <w:color w:val="auto"/>
        </w:rPr>
        <w:t>:</w:t>
      </w:r>
      <w:r w:rsidR="006F4320" w:rsidRPr="00A11E45">
        <w:rPr>
          <w:rFonts w:ascii="Times New Roman" w:hAnsi="Times New Roman" w:cs="Times New Roman"/>
          <w:color w:val="auto"/>
        </w:rPr>
        <w:br/>
      </w:r>
      <w:proofErr w:type="spellStart"/>
      <w:r w:rsidRPr="00A11E45">
        <w:rPr>
          <w:rFonts w:ascii="Times New Roman" w:hAnsi="Times New Roman" w:cs="Times New Roman"/>
          <w:color w:val="auto"/>
        </w:rPr>
        <w:t>İmza</w:t>
      </w:r>
      <w:r w:rsidR="006F4320" w:rsidRPr="00A11E45">
        <w:rPr>
          <w:rFonts w:ascii="Times New Roman" w:hAnsi="Times New Roman" w:cs="Times New Roman"/>
          <w:color w:val="auto"/>
        </w:rPr>
        <w:t>sı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/ Signature:</w:t>
      </w:r>
      <w:r w:rsidR="006F4320" w:rsidRPr="00A11E45">
        <w:rPr>
          <w:rFonts w:ascii="Times New Roman" w:hAnsi="Times New Roman" w:cs="Times New Roman"/>
          <w:color w:val="auto"/>
        </w:rPr>
        <w:br/>
      </w:r>
      <w:r w:rsidR="006F4320" w:rsidRPr="00A11E45">
        <w:rPr>
          <w:rFonts w:ascii="Times New Roman" w:hAnsi="Times New Roman" w:cs="Times New Roman"/>
          <w:color w:val="auto"/>
        </w:rPr>
        <w:br/>
      </w:r>
      <w:r w:rsidR="006F4320" w:rsidRPr="00A11E45">
        <w:rPr>
          <w:rFonts w:ascii="Times New Roman" w:hAnsi="Times New Roman" w:cs="Times New Roman"/>
          <w:color w:val="auto"/>
        </w:rPr>
        <w:br/>
      </w:r>
    </w:p>
    <w:p w14:paraId="62CC0CB4" w14:textId="77777777" w:rsidR="001739A9" w:rsidRPr="00A11E45" w:rsidRDefault="001739A9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color w:val="auto"/>
        </w:rPr>
      </w:pPr>
    </w:p>
    <w:p w14:paraId="7716F844" w14:textId="77777777" w:rsidR="00CA362B" w:rsidRPr="00A11E45" w:rsidRDefault="00CA362B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</w:p>
    <w:p w14:paraId="5E4AA727" w14:textId="77777777" w:rsidR="00CA362B" w:rsidRPr="00A11E45" w:rsidRDefault="00CA362B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</w:p>
    <w:p w14:paraId="7811B18A" w14:textId="77777777" w:rsidR="00CA362B" w:rsidRPr="00A11E45" w:rsidRDefault="00CA362B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</w:p>
    <w:p w14:paraId="7BC9D22E" w14:textId="32A855F9" w:rsidR="00CA362B" w:rsidRDefault="00CA362B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</w:p>
    <w:p w14:paraId="7EF6EEE5" w14:textId="6237C54B" w:rsidR="00E7470F" w:rsidRDefault="00E7470F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</w:p>
    <w:p w14:paraId="1098C310" w14:textId="77777777" w:rsidR="00E7470F" w:rsidRPr="00A11E45" w:rsidRDefault="00E7470F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</w:p>
    <w:p w14:paraId="643C3B0E" w14:textId="77777777" w:rsidR="00CA362B" w:rsidRPr="00A11E45" w:rsidRDefault="00CA362B" w:rsidP="001739A9">
      <w:pPr>
        <w:pBdr>
          <w:bottom w:val="single" w:sz="6" w:space="2" w:color="8A94A0"/>
        </w:pBdr>
        <w:spacing w:before="320" w:after="60" w:line="400" w:lineRule="exact"/>
        <w:rPr>
          <w:rFonts w:ascii="Times New Roman" w:hAnsi="Times New Roman" w:cs="Times New Roman"/>
          <w:b/>
          <w:color w:val="auto"/>
        </w:rPr>
      </w:pPr>
    </w:p>
    <w:p w14:paraId="6DCE62C2" w14:textId="21EB515C" w:rsidR="00E7470F" w:rsidRDefault="00E043E9" w:rsidP="00E7470F">
      <w:pPr>
        <w:pBdr>
          <w:bottom w:val="single" w:sz="6" w:space="2" w:color="8A94A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A11E45">
        <w:rPr>
          <w:rFonts w:ascii="Times New Roman" w:hAnsi="Times New Roman" w:cs="Times New Roman"/>
          <w:b/>
          <w:color w:val="auto"/>
        </w:rPr>
        <w:t xml:space="preserve">Note / Not: </w:t>
      </w:r>
      <w:r w:rsidRPr="00A11E45">
        <w:rPr>
          <w:rFonts w:ascii="Times New Roman" w:hAnsi="Times New Roman" w:cs="Times New Roman"/>
          <w:color w:val="auto"/>
        </w:rPr>
        <w:t>Th</w:t>
      </w:r>
      <w:r w:rsidRPr="00A11E45">
        <w:rPr>
          <w:rFonts w:ascii="Times New Roman" w:hAnsi="Times New Roman" w:cs="Times New Roman"/>
          <w:color w:val="auto"/>
        </w:rPr>
        <w:t xml:space="preserve">e theses of students who do not submit a restriction petition remain openly accessible in the Ulusal Tez Merkezi. </w:t>
      </w:r>
    </w:p>
    <w:p w14:paraId="5B9D0A7D" w14:textId="77777777" w:rsidR="00E7470F" w:rsidRDefault="00E7470F" w:rsidP="00E7470F">
      <w:pPr>
        <w:pBdr>
          <w:bottom w:val="single" w:sz="6" w:space="2" w:color="8A94A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62A77CFA" w14:textId="67810EFF" w:rsidR="00A11527" w:rsidRDefault="00E043E9" w:rsidP="00E7470F">
      <w:pPr>
        <w:pBdr>
          <w:bottom w:val="single" w:sz="6" w:space="2" w:color="8A94A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proofErr w:type="spellStart"/>
      <w:r w:rsidRPr="00A11E45">
        <w:rPr>
          <w:rFonts w:ascii="Times New Roman" w:hAnsi="Times New Roman" w:cs="Times New Roman"/>
          <w:color w:val="auto"/>
        </w:rPr>
        <w:t>Kısıtlama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dilekçesi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vermeyen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öğrencilerin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tezleri Ulusal Tez </w:t>
      </w:r>
      <w:proofErr w:type="spellStart"/>
      <w:r w:rsidRPr="00A11E45">
        <w:rPr>
          <w:rFonts w:ascii="Times New Roman" w:hAnsi="Times New Roman" w:cs="Times New Roman"/>
          <w:color w:val="auto"/>
        </w:rPr>
        <w:t>Merkezi’nde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erişime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açık</w:t>
      </w:r>
      <w:proofErr w:type="spellEnd"/>
      <w:r w:rsidRPr="00A11E4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A11E45">
        <w:rPr>
          <w:rFonts w:ascii="Times New Roman" w:hAnsi="Times New Roman" w:cs="Times New Roman"/>
          <w:color w:val="auto"/>
        </w:rPr>
        <w:t>kalır</w:t>
      </w:r>
      <w:proofErr w:type="spellEnd"/>
      <w:r w:rsidRPr="00A11E45">
        <w:rPr>
          <w:rFonts w:ascii="Times New Roman" w:hAnsi="Times New Roman" w:cs="Times New Roman"/>
          <w:color w:val="auto"/>
        </w:rPr>
        <w:t>.</w:t>
      </w:r>
    </w:p>
    <w:p w14:paraId="5D293649" w14:textId="77777777" w:rsidR="00E7470F" w:rsidRPr="00A11E45" w:rsidRDefault="00E7470F" w:rsidP="00E7470F">
      <w:pPr>
        <w:pBdr>
          <w:bottom w:val="single" w:sz="6" w:space="2" w:color="8A94A0"/>
        </w:pBdr>
        <w:spacing w:after="0" w:line="240" w:lineRule="auto"/>
        <w:rPr>
          <w:rFonts w:ascii="Times New Roman" w:hAnsi="Times New Roman" w:cs="Times New Roman"/>
          <w:color w:val="auto"/>
        </w:rPr>
      </w:pPr>
    </w:p>
    <w:sectPr w:rsidR="00E7470F" w:rsidRPr="00A11E45" w:rsidSect="00034616">
      <w:footerReference w:type="default" r:id="rId8"/>
      <w:pgSz w:w="11906" w:h="16838"/>
      <w:pgMar w:top="1361" w:right="1587" w:bottom="1247" w:left="1587" w:header="79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49243" w14:textId="77777777" w:rsidR="00E043E9" w:rsidRDefault="00E043E9">
      <w:pPr>
        <w:spacing w:after="0" w:line="240" w:lineRule="auto"/>
      </w:pPr>
      <w:r>
        <w:separator/>
      </w:r>
    </w:p>
  </w:endnote>
  <w:endnote w:type="continuationSeparator" w:id="0">
    <w:p w14:paraId="68AA86D3" w14:textId="77777777" w:rsidR="00E043E9" w:rsidRDefault="00E04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6F7B7" w14:textId="77777777" w:rsidR="00A11527" w:rsidRDefault="00E043E9">
    <w:pPr>
      <w:pStyle w:val="AltBilgi"/>
      <w:jc w:val="center"/>
    </w:pPr>
    <w:r>
      <w:rPr>
        <w:color w:val="5C5C5C"/>
        <w:sz w:val="17"/>
      </w:rPr>
      <w:fldChar w:fldCharType="begin"/>
    </w:r>
    <w:r>
      <w:rPr>
        <w:color w:val="5C5C5C"/>
        <w:sz w:val="17"/>
      </w:rPr>
      <w:instrText xml:space="preserve"> PAGE </w:instrText>
    </w:r>
    <w:r>
      <w:rPr>
        <w:color w:val="5C5C5C"/>
        <w:sz w:val="17"/>
      </w:rPr>
      <w:fldChar w:fldCharType="separate"/>
    </w:r>
    <w:r w:rsidR="006F4320">
      <w:rPr>
        <w:noProof/>
        <w:color w:val="5C5C5C"/>
        <w:sz w:val="17"/>
      </w:rPr>
      <w:t>3</w:t>
    </w:r>
    <w:r>
      <w:rPr>
        <w:color w:val="5C5C5C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FED9A" w14:textId="77777777" w:rsidR="00E043E9" w:rsidRDefault="00E043E9">
      <w:pPr>
        <w:spacing w:after="0" w:line="240" w:lineRule="auto"/>
      </w:pPr>
      <w:r>
        <w:separator/>
      </w:r>
    </w:p>
  </w:footnote>
  <w:footnote w:type="continuationSeparator" w:id="0">
    <w:p w14:paraId="77456C74" w14:textId="77777777" w:rsidR="00E043E9" w:rsidRDefault="00E04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39A9"/>
    <w:rsid w:val="0029639D"/>
    <w:rsid w:val="00326F90"/>
    <w:rsid w:val="003D24C7"/>
    <w:rsid w:val="00506210"/>
    <w:rsid w:val="006F4320"/>
    <w:rsid w:val="00776677"/>
    <w:rsid w:val="00902350"/>
    <w:rsid w:val="009A7363"/>
    <w:rsid w:val="00A11527"/>
    <w:rsid w:val="00A11E45"/>
    <w:rsid w:val="00AA1D8D"/>
    <w:rsid w:val="00B47730"/>
    <w:rsid w:val="00CA362B"/>
    <w:rsid w:val="00CB0664"/>
    <w:rsid w:val="00D54345"/>
    <w:rsid w:val="00E043E9"/>
    <w:rsid w:val="00E747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61573"/>
  <w14:defaultImageDpi w14:val="300"/>
  <w15:docId w15:val="{0F0332F8-24E4-524B-ABCB-6AC8338B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312" w:lineRule="auto"/>
    </w:pPr>
    <w:rPr>
      <w:color w:val="222222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after="280" w:line="259" w:lineRule="auto"/>
      <w:outlineLvl w:val="0"/>
    </w:pPr>
    <w:rPr>
      <w:rFonts w:asciiTheme="majorHAnsi" w:eastAsiaTheme="majorEastAsia" w:hAnsiTheme="majorHAnsi" w:cstheme="majorBidi"/>
      <w:b/>
      <w:bCs/>
      <w:color w:val="1E4066"/>
      <w:sz w:val="3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360" w:after="100" w:line="264" w:lineRule="auto"/>
      <w:outlineLvl w:val="1"/>
    </w:pPr>
    <w:rPr>
      <w:rFonts w:asciiTheme="majorHAnsi" w:eastAsiaTheme="majorEastAsia" w:hAnsiTheme="majorHAnsi" w:cstheme="majorBidi"/>
      <w:b/>
      <w:bCs/>
      <w:color w:val="1E4066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80" w:after="80"/>
      <w:outlineLvl w:val="2"/>
    </w:pPr>
    <w:rPr>
      <w:rFonts w:asciiTheme="majorHAnsi" w:eastAsiaTheme="majorEastAsia" w:hAnsiTheme="majorHAnsi" w:cstheme="majorBidi"/>
      <w:b/>
      <w:bCs/>
      <w:color w:val="1E4066"/>
      <w:sz w:val="23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olor w:val="1E4066"/>
      <w:spacing w:val="5"/>
      <w:kern w:val="28"/>
      <w:sz w:val="3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DLabel">
    <w:name w:val="CDLabel"/>
    <w:basedOn w:val="Normal"/>
    <w:pPr>
      <w:keepNext/>
      <w:spacing w:before="180" w:after="20"/>
      <w:ind w:left="425"/>
    </w:pPr>
    <w:rPr>
      <w:b/>
      <w:sz w:val="20"/>
    </w:rPr>
  </w:style>
  <w:style w:type="paragraph" w:customStyle="1" w:styleId="Intro">
    <w:name w:val="Intro"/>
    <w:basedOn w:val="Normal"/>
    <w:pPr>
      <w:spacing w:after="160"/>
    </w:pPr>
  </w:style>
  <w:style w:type="paragraph" w:customStyle="1" w:styleId="Note">
    <w:name w:val="Note"/>
    <w:basedOn w:val="Normal"/>
    <w:pPr>
      <w:spacing w:before="20" w:line="324" w:lineRule="auto"/>
      <w:ind w:left="425"/>
    </w:pPr>
    <w:rPr>
      <w:color w:val="5C5C5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37A6C5-3CB1-4C81-92B1-AA3E2500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Betül Çubuk</cp:lastModifiedBy>
  <cp:revision>5</cp:revision>
  <dcterms:created xsi:type="dcterms:W3CDTF">2026-09-09T06:52:00Z</dcterms:created>
  <dcterms:modified xsi:type="dcterms:W3CDTF">2026-09-09T06:57:00Z</dcterms:modified>
  <cp:category/>
</cp:coreProperties>
</file>