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A3EB7B" w14:textId="45A41DF6" w:rsidR="00B4263C" w:rsidRPr="00654756" w:rsidRDefault="00F64451" w:rsidP="00F64451">
      <w:pPr>
        <w:pStyle w:val="Title"/>
        <w:jc w:val="center"/>
        <w:rPr>
          <w:rFonts w:ascii="Calibri" w:hAnsi="Calibri" w:cs="Calibri"/>
          <w:color w:val="auto"/>
          <w:sz w:val="28"/>
          <w:szCs w:val="22"/>
        </w:rPr>
      </w:pPr>
      <w:r w:rsidRPr="00654756">
        <w:rPr>
          <w:rFonts w:ascii="Calibri" w:hAnsi="Calibri" w:cs="Calibri"/>
          <w:color w:val="auto"/>
          <w:sz w:val="28"/>
          <w:szCs w:val="22"/>
        </w:rPr>
        <w:t>GRADUATION PROCEDURES FOR MASTER OF SCIENCE</w:t>
      </w:r>
    </w:p>
    <w:p w14:paraId="1D8D9E9C" w14:textId="111C1FE7" w:rsidR="00B4263C" w:rsidRPr="00654756" w:rsidRDefault="008E7B41" w:rsidP="008344EE">
      <w:pPr>
        <w:pStyle w:val="Heading2"/>
        <w:jc w:val="both"/>
        <w:rPr>
          <w:rFonts w:ascii="Calibri" w:hAnsi="Calibri" w:cs="Calibri"/>
          <w:color w:val="auto"/>
          <w:sz w:val="24"/>
          <w:szCs w:val="22"/>
          <w:u w:val="single"/>
        </w:rPr>
      </w:pPr>
      <w:r w:rsidRPr="00654756">
        <w:rPr>
          <w:rFonts w:ascii="Calibri" w:hAnsi="Calibri" w:cs="Calibri"/>
          <w:color w:val="auto"/>
          <w:sz w:val="24"/>
          <w:szCs w:val="22"/>
          <w:u w:val="single"/>
        </w:rPr>
        <w:t>MS Thesis Defense</w:t>
      </w:r>
    </w:p>
    <w:p w14:paraId="5D0A80BD" w14:textId="7DEAFA0C" w:rsidR="00B4263C" w:rsidRPr="00654756" w:rsidRDefault="008E7B41" w:rsidP="008344EE">
      <w:pPr>
        <w:numPr>
          <w:ilvl w:val="0"/>
          <w:numId w:val="10"/>
        </w:numPr>
        <w:spacing w:after="0" w:line="240" w:lineRule="auto"/>
        <w:jc w:val="both"/>
        <w:rPr>
          <w:rFonts w:ascii="Calibri" w:hAnsi="Calibri" w:cs="Calibri"/>
        </w:rPr>
      </w:pPr>
      <w:r w:rsidRPr="00654756">
        <w:rPr>
          <w:rFonts w:ascii="Calibri" w:hAnsi="Calibri" w:cs="Calibri"/>
        </w:rPr>
        <w:t xml:space="preserve">The </w:t>
      </w:r>
      <w:hyperlink r:id="rId8">
        <w:r w:rsidRPr="00654756">
          <w:rPr>
            <w:rFonts w:ascii="Calibri" w:hAnsi="Calibri" w:cs="Calibri"/>
            <w:b/>
            <w:color w:val="1E4066"/>
            <w:u w:val="single"/>
          </w:rPr>
          <w:t>thesis jury proposal form</w:t>
        </w:r>
      </w:hyperlink>
      <w:r w:rsidRPr="00654756">
        <w:rPr>
          <w:rFonts w:ascii="Calibri" w:hAnsi="Calibri" w:cs="Calibri"/>
        </w:rPr>
        <w:t xml:space="preserve">, signed by the thesis advisor, must be submitted to the Institute at least </w:t>
      </w:r>
      <w:r w:rsidR="00F64451" w:rsidRPr="00654756">
        <w:rPr>
          <w:rFonts w:ascii="Calibri" w:hAnsi="Calibri" w:cs="Calibri"/>
        </w:rPr>
        <w:t xml:space="preserve">1 </w:t>
      </w:r>
      <w:r w:rsidRPr="00654756">
        <w:rPr>
          <w:rFonts w:ascii="Calibri" w:hAnsi="Calibri" w:cs="Calibri"/>
        </w:rPr>
        <w:t>month before the thesis defense date.</w:t>
      </w:r>
    </w:p>
    <w:p w14:paraId="76F9CA18" w14:textId="77777777" w:rsidR="00B4263C" w:rsidRPr="00654756" w:rsidRDefault="008E7B41" w:rsidP="008344EE">
      <w:pPr>
        <w:numPr>
          <w:ilvl w:val="0"/>
          <w:numId w:val="10"/>
        </w:numPr>
        <w:spacing w:after="0" w:line="240" w:lineRule="auto"/>
        <w:jc w:val="both"/>
        <w:rPr>
          <w:rFonts w:ascii="Calibri" w:hAnsi="Calibri" w:cs="Calibri"/>
        </w:rPr>
      </w:pPr>
      <w:r w:rsidRPr="00654756">
        <w:rPr>
          <w:rFonts w:ascii="Calibri" w:hAnsi="Calibri" w:cs="Calibri"/>
        </w:rPr>
        <w:t>A soft copy of the thesis, the thesis outputs, and the Turnitin report must be sent to the jury members at least 15 days before the thesis defense.</w:t>
      </w:r>
    </w:p>
    <w:p w14:paraId="67CAE916" w14:textId="77777777" w:rsidR="00B4263C" w:rsidRPr="00654756" w:rsidRDefault="008E7B41" w:rsidP="008344EE">
      <w:pPr>
        <w:numPr>
          <w:ilvl w:val="0"/>
          <w:numId w:val="10"/>
        </w:numPr>
        <w:spacing w:after="0" w:line="240" w:lineRule="auto"/>
        <w:jc w:val="both"/>
        <w:rPr>
          <w:rFonts w:ascii="Calibri" w:hAnsi="Calibri" w:cs="Calibri"/>
        </w:rPr>
      </w:pPr>
      <w:r w:rsidRPr="00654756">
        <w:rPr>
          <w:rFonts w:ascii="Calibri" w:hAnsi="Calibri" w:cs="Calibri"/>
        </w:rPr>
        <w:t>The defense date, agreed upon by the jury members and the thesis advisor, must be reported to the Institute at least 15 days before the defense. The date is then announced on the Institute’s website.</w:t>
      </w:r>
    </w:p>
    <w:p w14:paraId="6E5CE042" w14:textId="2029803B" w:rsidR="00B4263C" w:rsidRPr="00654756" w:rsidRDefault="008E7B41" w:rsidP="008344EE">
      <w:pPr>
        <w:numPr>
          <w:ilvl w:val="0"/>
          <w:numId w:val="10"/>
        </w:numPr>
        <w:spacing w:after="0" w:line="240" w:lineRule="auto"/>
        <w:jc w:val="both"/>
        <w:rPr>
          <w:rFonts w:ascii="Calibri" w:hAnsi="Calibri" w:cs="Calibri"/>
          <w:b/>
          <w:bCs/>
        </w:rPr>
      </w:pPr>
      <w:r w:rsidRPr="00654756">
        <w:rPr>
          <w:rFonts w:ascii="Calibri" w:hAnsi="Calibri" w:cs="Calibri"/>
          <w:b/>
          <w:bCs/>
        </w:rPr>
        <w:t xml:space="preserve">The thesis defense report must be submitted to the Institute within </w:t>
      </w:r>
      <w:r w:rsidR="00F64451" w:rsidRPr="00654756">
        <w:rPr>
          <w:rFonts w:ascii="Calibri" w:hAnsi="Calibri" w:cs="Calibri"/>
          <w:b/>
          <w:bCs/>
        </w:rPr>
        <w:t xml:space="preserve">3 </w:t>
      </w:r>
      <w:r w:rsidRPr="00654756">
        <w:rPr>
          <w:rFonts w:ascii="Calibri" w:hAnsi="Calibri" w:cs="Calibri"/>
          <w:b/>
          <w:bCs/>
        </w:rPr>
        <w:t>days.</w:t>
      </w:r>
    </w:p>
    <w:p w14:paraId="7C143A0F" w14:textId="37D5E36F" w:rsidR="00B4263C" w:rsidRPr="00654756" w:rsidRDefault="008E7B41" w:rsidP="008344EE">
      <w:pPr>
        <w:pStyle w:val="Heading2"/>
        <w:jc w:val="both"/>
        <w:rPr>
          <w:rFonts w:ascii="Calibri" w:hAnsi="Calibri" w:cs="Calibri"/>
          <w:color w:val="auto"/>
          <w:sz w:val="24"/>
          <w:szCs w:val="22"/>
          <w:u w:val="single"/>
        </w:rPr>
      </w:pPr>
      <w:r w:rsidRPr="00654756">
        <w:rPr>
          <w:rFonts w:ascii="Calibri" w:hAnsi="Calibri" w:cs="Calibri"/>
          <w:color w:val="auto"/>
          <w:sz w:val="24"/>
          <w:szCs w:val="22"/>
          <w:u w:val="single"/>
        </w:rPr>
        <w:t>Thesis Format Control</w:t>
      </w:r>
      <w:r w:rsidR="00672349">
        <w:rPr>
          <w:rFonts w:ascii="Calibri" w:hAnsi="Calibri" w:cs="Calibri"/>
          <w:color w:val="auto"/>
          <w:sz w:val="24"/>
          <w:szCs w:val="22"/>
          <w:u w:val="single"/>
        </w:rPr>
        <w:t xml:space="preserve"> </w:t>
      </w:r>
      <w:r w:rsidR="00672349" w:rsidRPr="00672349">
        <w:rPr>
          <w:rFonts w:ascii="Calibri" w:hAnsi="Calibri" w:cs="Calibri"/>
          <w:color w:val="auto"/>
          <w:sz w:val="24"/>
          <w:szCs w:val="22"/>
          <w:u w:val="single"/>
        </w:rPr>
        <w:t>and Minimum Publication Requirement Check</w:t>
      </w:r>
      <w:r w:rsidRPr="00654756">
        <w:rPr>
          <w:rFonts w:ascii="Calibri" w:hAnsi="Calibri" w:cs="Calibri"/>
          <w:color w:val="auto"/>
          <w:sz w:val="24"/>
          <w:szCs w:val="22"/>
          <w:u w:val="single"/>
        </w:rPr>
        <w:t xml:space="preserve"> Stage</w:t>
      </w:r>
    </w:p>
    <w:p w14:paraId="2F045BD8" w14:textId="77777777" w:rsidR="00B4263C" w:rsidRDefault="008E7B41" w:rsidP="008344EE">
      <w:pPr>
        <w:numPr>
          <w:ilvl w:val="0"/>
          <w:numId w:val="11"/>
        </w:numPr>
        <w:spacing w:after="0" w:line="240" w:lineRule="auto"/>
        <w:jc w:val="both"/>
        <w:rPr>
          <w:rFonts w:ascii="Calibri" w:hAnsi="Calibri" w:cs="Calibri"/>
        </w:rPr>
      </w:pPr>
      <w:r w:rsidRPr="00654756">
        <w:rPr>
          <w:rFonts w:ascii="Calibri" w:hAnsi="Calibri" w:cs="Calibri"/>
        </w:rPr>
        <w:t xml:space="preserve">Following a successful thesis defense, an online format control stage begins. Format the thesis in accordance with the guidelines in the document </w:t>
      </w:r>
      <w:r w:rsidRPr="00654756">
        <w:rPr>
          <w:rFonts w:ascii="Calibri" w:hAnsi="Calibri" w:cs="Calibri"/>
          <w:b/>
        </w:rPr>
        <w:t>“Thesis Writing Rules and Guidelines” (</w:t>
      </w:r>
      <w:hyperlink r:id="rId9">
        <w:r w:rsidRPr="00654756">
          <w:rPr>
            <w:rFonts w:ascii="Calibri" w:hAnsi="Calibri" w:cs="Calibri"/>
            <w:b/>
            <w:color w:val="1E4066"/>
            <w:u w:val="single"/>
          </w:rPr>
          <w:t>https://mediastore.cc.bogazici.edu.tr/web/userfiles/files/THESIS_TITLE__1.pdf</w:t>
        </w:r>
      </w:hyperlink>
      <w:r w:rsidRPr="00654756">
        <w:rPr>
          <w:rFonts w:ascii="Calibri" w:hAnsi="Calibri" w:cs="Calibri"/>
          <w:b/>
        </w:rPr>
        <w:t>)</w:t>
      </w:r>
      <w:r w:rsidRPr="00654756">
        <w:rPr>
          <w:rFonts w:ascii="Calibri" w:hAnsi="Calibri" w:cs="Calibri"/>
        </w:rPr>
        <w:t xml:space="preserve">. Submit the thesis in PDF format to </w:t>
      </w:r>
      <w:hyperlink r:id="rId10">
        <w:r w:rsidRPr="00654756">
          <w:rPr>
            <w:rFonts w:ascii="Calibri" w:hAnsi="Calibri" w:cs="Calibri"/>
            <w:b/>
            <w:color w:val="1E4066"/>
            <w:u w:val="single"/>
          </w:rPr>
          <w:t>dsai.thesis@bogazici.edu.tr</w:t>
        </w:r>
      </w:hyperlink>
      <w:r w:rsidRPr="00654756">
        <w:rPr>
          <w:rFonts w:ascii="Calibri" w:hAnsi="Calibri" w:cs="Calibri"/>
          <w:b/>
        </w:rPr>
        <w:t>.</w:t>
      </w:r>
      <w:r w:rsidRPr="00654756">
        <w:rPr>
          <w:rFonts w:ascii="Calibri" w:hAnsi="Calibri" w:cs="Calibri"/>
        </w:rPr>
        <w:t xml:space="preserve"> If any revisions are required, the student is notified and asked to resubmit the revised version.</w:t>
      </w:r>
    </w:p>
    <w:p w14:paraId="32E62F00" w14:textId="13EDA0E3" w:rsidR="00B2288E" w:rsidRPr="00654756" w:rsidRDefault="00B2288E" w:rsidP="008344EE">
      <w:pPr>
        <w:numPr>
          <w:ilvl w:val="0"/>
          <w:numId w:val="11"/>
        </w:numPr>
        <w:spacing w:after="0" w:line="240" w:lineRule="auto"/>
        <w:jc w:val="both"/>
        <w:rPr>
          <w:rFonts w:ascii="Calibri" w:hAnsi="Calibri" w:cs="Calibri"/>
        </w:rPr>
      </w:pPr>
      <w:r w:rsidRPr="00B2288E">
        <w:rPr>
          <w:rFonts w:ascii="Calibri" w:hAnsi="Calibri" w:cs="Calibri"/>
        </w:rPr>
        <w:t>Documents proving that the publication requirement for graduation has been fulfilled must be combined into a single PDF file and sent to dsai.thesis@bogazici.edu.tr for review. Since graduation is subject to a publication requirement, the submitted documentation should include the publication itself, its quartile ranking, indexing information, and evidence showing whether the publication satisfies the graduation requirement, including its current status (e.g. submitted, presented, accepted for presentation, published, accepted for publication, etc.).</w:t>
      </w:r>
    </w:p>
    <w:p w14:paraId="554433D3" w14:textId="78D04E99" w:rsidR="00B4263C" w:rsidRPr="00654756" w:rsidRDefault="008E7B41" w:rsidP="008344EE">
      <w:pPr>
        <w:numPr>
          <w:ilvl w:val="0"/>
          <w:numId w:val="11"/>
        </w:numPr>
        <w:spacing w:after="0" w:line="240" w:lineRule="auto"/>
        <w:jc w:val="both"/>
        <w:rPr>
          <w:rFonts w:ascii="Calibri" w:hAnsi="Calibri" w:cs="Calibri"/>
        </w:rPr>
      </w:pPr>
      <w:r w:rsidRPr="00654756">
        <w:rPr>
          <w:rFonts w:ascii="Calibri" w:hAnsi="Calibri" w:cs="Calibri"/>
        </w:rPr>
        <w:t xml:space="preserve">Within </w:t>
      </w:r>
      <w:r w:rsidR="008344EE" w:rsidRPr="00654756">
        <w:rPr>
          <w:rFonts w:ascii="Calibri" w:hAnsi="Calibri" w:cs="Calibri"/>
        </w:rPr>
        <w:t>1</w:t>
      </w:r>
      <w:r w:rsidRPr="00654756">
        <w:rPr>
          <w:rFonts w:ascii="Calibri" w:hAnsi="Calibri" w:cs="Calibri"/>
        </w:rPr>
        <w:t xml:space="preserve"> month of the successful thesis defense, the thesis that has passed the format control must be submitted to the Institute together with the other required documents.</w:t>
      </w:r>
    </w:p>
    <w:p w14:paraId="348514FF" w14:textId="77777777" w:rsidR="00B4263C" w:rsidRPr="00654756" w:rsidRDefault="008E7B41" w:rsidP="008344EE">
      <w:pPr>
        <w:numPr>
          <w:ilvl w:val="0"/>
          <w:numId w:val="11"/>
        </w:numPr>
        <w:spacing w:after="0" w:line="240" w:lineRule="auto"/>
        <w:jc w:val="both"/>
        <w:rPr>
          <w:rFonts w:ascii="Calibri" w:hAnsi="Calibri" w:cs="Calibri"/>
        </w:rPr>
      </w:pPr>
      <w:r w:rsidRPr="00654756">
        <w:rPr>
          <w:rFonts w:ascii="Calibri" w:hAnsi="Calibri" w:cs="Calibri"/>
        </w:rPr>
        <w:t>The thesis is also formally reviewed by the Institute Executive Board, which may request further corrections.</w:t>
      </w:r>
    </w:p>
    <w:p w14:paraId="70835153" w14:textId="77777777" w:rsidR="00B4263C" w:rsidRPr="00654756" w:rsidRDefault="008E7B41" w:rsidP="008344EE">
      <w:pPr>
        <w:numPr>
          <w:ilvl w:val="0"/>
          <w:numId w:val="11"/>
        </w:numPr>
        <w:spacing w:after="0" w:line="240" w:lineRule="auto"/>
        <w:jc w:val="both"/>
        <w:rPr>
          <w:rFonts w:ascii="Calibri" w:hAnsi="Calibri" w:cs="Calibri"/>
        </w:rPr>
      </w:pPr>
      <w:r w:rsidRPr="00654756">
        <w:rPr>
          <w:rFonts w:ascii="Calibri" w:hAnsi="Calibri" w:cs="Calibri"/>
        </w:rPr>
        <w:t>The graduation decision is issued by the Institute Executive Board.</w:t>
      </w:r>
    </w:p>
    <w:p w14:paraId="78D3E36C" w14:textId="0B32404C" w:rsidR="00B4263C" w:rsidRPr="00654756" w:rsidRDefault="008E7B41" w:rsidP="00B518F7">
      <w:pPr>
        <w:pStyle w:val="Heading2"/>
        <w:jc w:val="both"/>
        <w:rPr>
          <w:rFonts w:ascii="Calibri" w:hAnsi="Calibri" w:cs="Calibri"/>
          <w:color w:val="auto"/>
          <w:sz w:val="24"/>
          <w:szCs w:val="22"/>
          <w:u w:val="single"/>
        </w:rPr>
      </w:pPr>
      <w:r w:rsidRPr="00654756">
        <w:rPr>
          <w:rFonts w:ascii="Calibri" w:hAnsi="Calibri" w:cs="Calibri"/>
          <w:color w:val="auto"/>
          <w:sz w:val="24"/>
          <w:szCs w:val="22"/>
          <w:u w:val="single"/>
        </w:rPr>
        <w:t>Documents to Submit for Executive Board Review</w:t>
      </w:r>
    </w:p>
    <w:p w14:paraId="73C89341" w14:textId="326ADFB5" w:rsidR="00B4263C" w:rsidRPr="00654756" w:rsidRDefault="008E7B41" w:rsidP="00B518F7">
      <w:pPr>
        <w:pStyle w:val="Intro"/>
        <w:spacing w:after="0" w:line="240" w:lineRule="auto"/>
        <w:jc w:val="both"/>
        <w:rPr>
          <w:rFonts w:ascii="Calibri" w:hAnsi="Calibri" w:cs="Calibri"/>
        </w:rPr>
      </w:pPr>
      <w:r w:rsidRPr="00654756">
        <w:rPr>
          <w:rFonts w:ascii="Calibri" w:hAnsi="Calibri" w:cs="Calibri"/>
        </w:rPr>
        <w:t>The following documents must be submitted to the Institute so that the Executive Board can review and approve graduation.</w:t>
      </w:r>
    </w:p>
    <w:p w14:paraId="4914E19E" w14:textId="77777777" w:rsidR="0052300A" w:rsidRPr="00654756" w:rsidRDefault="0052300A" w:rsidP="00B518F7">
      <w:pPr>
        <w:pStyle w:val="Intro"/>
        <w:spacing w:after="0" w:line="240" w:lineRule="auto"/>
        <w:jc w:val="both"/>
        <w:rPr>
          <w:rFonts w:ascii="Calibri" w:hAnsi="Calibri" w:cs="Calibri"/>
        </w:rPr>
      </w:pPr>
    </w:p>
    <w:p w14:paraId="70C6098A" w14:textId="000E64FD" w:rsidR="00B4263C" w:rsidRPr="00654756" w:rsidRDefault="00AD2D19" w:rsidP="00B518F7">
      <w:pPr>
        <w:numPr>
          <w:ilvl w:val="0"/>
          <w:numId w:val="12"/>
        </w:numPr>
        <w:spacing w:after="0" w:line="240" w:lineRule="auto"/>
        <w:jc w:val="both"/>
        <w:rPr>
          <w:rFonts w:ascii="Calibri" w:hAnsi="Calibri" w:cs="Calibri"/>
        </w:rPr>
      </w:pPr>
      <w:r w:rsidRPr="00654756">
        <w:rPr>
          <w:rFonts w:ascii="Calibri" w:hAnsi="Calibri" w:cs="Calibri"/>
        </w:rPr>
        <w:t>1</w:t>
      </w:r>
      <w:r w:rsidR="008E7B41" w:rsidRPr="00654756">
        <w:rPr>
          <w:rFonts w:ascii="Calibri" w:hAnsi="Calibri" w:cs="Calibri"/>
        </w:rPr>
        <w:t xml:space="preserve"> bound copy of the final thesis with all original signatures.</w:t>
      </w:r>
    </w:p>
    <w:p w14:paraId="7868E6BE" w14:textId="544F71B7" w:rsidR="00B4263C" w:rsidRPr="00654756" w:rsidRDefault="00B252C6" w:rsidP="00B518F7">
      <w:pPr>
        <w:numPr>
          <w:ilvl w:val="0"/>
          <w:numId w:val="12"/>
        </w:numPr>
        <w:spacing w:after="0" w:line="240" w:lineRule="auto"/>
        <w:jc w:val="both"/>
        <w:rPr>
          <w:rFonts w:ascii="Calibri" w:hAnsi="Calibri" w:cs="Calibri"/>
        </w:rPr>
      </w:pPr>
      <w:r w:rsidRPr="00654756">
        <w:rPr>
          <w:rFonts w:ascii="Calibri" w:hAnsi="Calibri" w:cs="Calibri"/>
        </w:rPr>
        <w:t xml:space="preserve">Wet Signed </w:t>
      </w:r>
      <w:r w:rsidR="00AD2D19" w:rsidRPr="00654756">
        <w:rPr>
          <w:rFonts w:ascii="Calibri" w:hAnsi="Calibri" w:cs="Calibri"/>
          <w:b/>
        </w:rPr>
        <w:t>“</w:t>
      </w:r>
      <w:hyperlink r:id="rId11" w:history="1">
        <w:r w:rsidRPr="00654756">
          <w:rPr>
            <w:rStyle w:val="Hyperlink"/>
            <w:rFonts w:ascii="Calibri" w:hAnsi="Calibri" w:cs="Calibri"/>
            <w:b/>
          </w:rPr>
          <w:t>Thesis Submission Petition</w:t>
        </w:r>
      </w:hyperlink>
      <w:r w:rsidR="00AD2D19" w:rsidRPr="00654756">
        <w:rPr>
          <w:rFonts w:ascii="Calibri" w:hAnsi="Calibri" w:cs="Calibri"/>
          <w:b/>
        </w:rPr>
        <w:t>”</w:t>
      </w:r>
      <w:r w:rsidRPr="00654756">
        <w:rPr>
          <w:rFonts w:ascii="Calibri" w:hAnsi="Calibri" w:cs="Calibri"/>
        </w:rPr>
        <w:t xml:space="preserve"> (available at dsai.bogazici.edu.tr).</w:t>
      </w:r>
    </w:p>
    <w:p w14:paraId="38D97BB6" w14:textId="5ADAAC9D" w:rsidR="00B4263C" w:rsidRPr="00654756" w:rsidRDefault="00AD2D19" w:rsidP="00B518F7">
      <w:pPr>
        <w:numPr>
          <w:ilvl w:val="0"/>
          <w:numId w:val="12"/>
        </w:numPr>
        <w:spacing w:after="0" w:line="240" w:lineRule="auto"/>
        <w:jc w:val="both"/>
        <w:rPr>
          <w:rFonts w:ascii="Calibri" w:hAnsi="Calibri" w:cs="Calibri"/>
        </w:rPr>
      </w:pPr>
      <w:r w:rsidRPr="00654756">
        <w:rPr>
          <w:rFonts w:ascii="Calibri" w:hAnsi="Calibri" w:cs="Calibri"/>
        </w:rPr>
        <w:t>2</w:t>
      </w:r>
      <w:r w:rsidR="005431CC" w:rsidRPr="00654756">
        <w:rPr>
          <w:rFonts w:ascii="Calibri" w:hAnsi="Calibri" w:cs="Calibri"/>
        </w:rPr>
        <w:t xml:space="preserve"> printed </w:t>
      </w:r>
      <w:r w:rsidR="002E0F53">
        <w:rPr>
          <w:rFonts w:ascii="Calibri" w:hAnsi="Calibri" w:cs="Calibri"/>
        </w:rPr>
        <w:t xml:space="preserve">and wet signed </w:t>
      </w:r>
      <w:r w:rsidR="00B518F7" w:rsidRPr="00654756">
        <w:rPr>
          <w:rFonts w:ascii="Calibri" w:hAnsi="Calibri" w:cs="Calibri"/>
          <w:b/>
        </w:rPr>
        <w:t>“</w:t>
      </w:r>
      <w:r w:rsidR="002E0F53">
        <w:rPr>
          <w:rFonts w:ascii="Calibri" w:hAnsi="Calibri" w:cs="Calibri"/>
          <w:b/>
        </w:rPr>
        <w:t xml:space="preserve">YÖK </w:t>
      </w:r>
      <w:r w:rsidR="005431CC" w:rsidRPr="00654756">
        <w:rPr>
          <w:rFonts w:ascii="Calibri" w:hAnsi="Calibri" w:cs="Calibri"/>
          <w:b/>
        </w:rPr>
        <w:t>Thesis Data Entry Form</w:t>
      </w:r>
      <w:r w:rsidR="00B518F7" w:rsidRPr="00654756">
        <w:rPr>
          <w:rFonts w:ascii="Calibri" w:hAnsi="Calibri" w:cs="Calibri"/>
          <w:b/>
        </w:rPr>
        <w:t>”</w:t>
      </w:r>
      <w:r w:rsidR="005431CC" w:rsidRPr="00654756">
        <w:rPr>
          <w:rFonts w:ascii="Calibri" w:hAnsi="Calibri" w:cs="Calibri"/>
        </w:rPr>
        <w:t>.</w:t>
      </w:r>
    </w:p>
    <w:p w14:paraId="1DB840C7" w14:textId="227D283D" w:rsidR="00B252C6" w:rsidRPr="00654756" w:rsidRDefault="00575D71" w:rsidP="00575D71">
      <w:pPr>
        <w:spacing w:after="0" w:line="240" w:lineRule="auto"/>
        <w:ind w:left="425"/>
        <w:jc w:val="both"/>
        <w:rPr>
          <w:rFonts w:ascii="Calibri" w:hAnsi="Calibri" w:cs="Calibri"/>
        </w:rPr>
      </w:pPr>
      <w:r w:rsidRPr="00654756">
        <w:rPr>
          <w:rFonts w:ascii="Calibri" w:hAnsi="Calibri" w:cs="Calibri"/>
        </w:rPr>
        <w:t>(</w:t>
      </w:r>
      <w:r w:rsidR="00B252C6" w:rsidRPr="00654756">
        <w:rPr>
          <w:rFonts w:ascii="Calibri" w:hAnsi="Calibri" w:cs="Calibri"/>
        </w:rPr>
        <w:t xml:space="preserve">Go to </w:t>
      </w:r>
      <w:hyperlink r:id="rId12" w:history="1">
        <w:r w:rsidRPr="00654756">
          <w:rPr>
            <w:rStyle w:val="Hyperlink"/>
            <w:rFonts w:ascii="Calibri" w:hAnsi="Calibri" w:cs="Calibri"/>
            <w:b/>
          </w:rPr>
          <w:t>https://tez.yok.gov.tr/UlusalTezMerkezi/</w:t>
        </w:r>
      </w:hyperlink>
      <w:r w:rsidR="00B252C6" w:rsidRPr="00654756">
        <w:rPr>
          <w:rFonts w:ascii="Calibri" w:hAnsi="Calibri" w:cs="Calibri"/>
        </w:rPr>
        <w:t xml:space="preserve"> and log in with your e-Government credentials. Fill the form. Print it.</w:t>
      </w:r>
      <w:r w:rsidRPr="00654756">
        <w:rPr>
          <w:rFonts w:ascii="Calibri" w:hAnsi="Calibri" w:cs="Calibri"/>
        </w:rPr>
        <w:t>)</w:t>
      </w:r>
    </w:p>
    <w:p w14:paraId="7BEBE3F3" w14:textId="77777777" w:rsidR="00E3102A" w:rsidRPr="00654756" w:rsidRDefault="00E3102A" w:rsidP="00575D71">
      <w:pPr>
        <w:spacing w:after="0" w:line="240" w:lineRule="auto"/>
        <w:ind w:left="425"/>
        <w:jc w:val="both"/>
        <w:rPr>
          <w:rFonts w:ascii="Calibri" w:hAnsi="Calibri" w:cs="Calibri"/>
        </w:rPr>
      </w:pPr>
    </w:p>
    <w:tbl>
      <w:tblPr>
        <w:tblStyle w:val="GridTable6Colorful-Accent1"/>
        <w:tblW w:w="9205" w:type="dxa"/>
        <w:tblInd w:w="713" w:type="dxa"/>
        <w:tblLayout w:type="fixed"/>
        <w:tblLook w:val="0200" w:firstRow="0" w:lastRow="0" w:firstColumn="0" w:lastColumn="0" w:noHBand="1" w:noVBand="0"/>
      </w:tblPr>
      <w:tblGrid>
        <w:gridCol w:w="2543"/>
        <w:gridCol w:w="6662"/>
      </w:tblGrid>
      <w:tr w:rsidR="004D15B1" w:rsidRPr="00654756" w14:paraId="627E708B" w14:textId="77777777" w:rsidTr="00365168">
        <w:trPr>
          <w:trHeight w:val="193"/>
        </w:trPr>
        <w:tc>
          <w:tcPr>
            <w:cnfStyle w:val="000010000000" w:firstRow="0" w:lastRow="0" w:firstColumn="0" w:lastColumn="0" w:oddVBand="1" w:evenVBand="0" w:oddHBand="0" w:evenHBand="0" w:firstRowFirstColumn="0" w:firstRowLastColumn="0" w:lastRowFirstColumn="0" w:lastRowLastColumn="0"/>
            <w:tcW w:w="2543" w:type="dxa"/>
          </w:tcPr>
          <w:p w14:paraId="4099D847" w14:textId="77777777" w:rsidR="00B252C6" w:rsidRPr="00654756" w:rsidRDefault="00B252C6" w:rsidP="00B252C6">
            <w:pPr>
              <w:keepNext/>
              <w:spacing w:before="60" w:after="60" w:line="276" w:lineRule="auto"/>
              <w:rPr>
                <w:rFonts w:ascii="Calibri" w:hAnsi="Calibri" w:cs="Calibri"/>
                <w:color w:val="auto"/>
              </w:rPr>
            </w:pPr>
            <w:r w:rsidRPr="00654756">
              <w:rPr>
                <w:rFonts w:ascii="Calibri" w:hAnsi="Calibri" w:cs="Calibri"/>
                <w:b/>
                <w:color w:val="auto"/>
              </w:rPr>
              <w:lastRenderedPageBreak/>
              <w:t>Thesis Language</w:t>
            </w:r>
          </w:p>
        </w:tc>
        <w:tc>
          <w:tcPr>
            <w:tcW w:w="6662" w:type="dxa"/>
          </w:tcPr>
          <w:p w14:paraId="690AE84B" w14:textId="77777777" w:rsidR="00B252C6" w:rsidRPr="00654756" w:rsidRDefault="00B252C6" w:rsidP="00B252C6">
            <w:pPr>
              <w:keepNext/>
              <w:spacing w:before="60" w:after="6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auto"/>
              </w:rPr>
            </w:pPr>
            <w:r w:rsidRPr="00654756">
              <w:rPr>
                <w:rFonts w:ascii="Calibri" w:hAnsi="Calibri" w:cs="Calibri"/>
                <w:color w:val="auto"/>
              </w:rPr>
              <w:t>English</w:t>
            </w:r>
          </w:p>
        </w:tc>
      </w:tr>
      <w:tr w:rsidR="004D15B1" w:rsidRPr="00654756" w14:paraId="64854646" w14:textId="77777777" w:rsidTr="00365168">
        <w:trPr>
          <w:trHeight w:val="193"/>
        </w:trPr>
        <w:tc>
          <w:tcPr>
            <w:cnfStyle w:val="000010000000" w:firstRow="0" w:lastRow="0" w:firstColumn="0" w:lastColumn="0" w:oddVBand="1" w:evenVBand="0" w:oddHBand="0" w:evenHBand="0" w:firstRowFirstColumn="0" w:firstRowLastColumn="0" w:lastRowFirstColumn="0" w:lastRowLastColumn="0"/>
            <w:tcW w:w="2543" w:type="dxa"/>
          </w:tcPr>
          <w:p w14:paraId="27B06288" w14:textId="77777777" w:rsidR="00B252C6" w:rsidRPr="00654756" w:rsidRDefault="00B252C6" w:rsidP="00B252C6">
            <w:pPr>
              <w:keepNext/>
              <w:spacing w:before="60" w:after="60" w:line="276" w:lineRule="auto"/>
              <w:rPr>
                <w:rFonts w:ascii="Calibri" w:hAnsi="Calibri" w:cs="Calibri"/>
                <w:color w:val="auto"/>
              </w:rPr>
            </w:pPr>
            <w:r w:rsidRPr="00654756">
              <w:rPr>
                <w:rFonts w:ascii="Calibri" w:hAnsi="Calibri" w:cs="Calibri"/>
                <w:b/>
                <w:color w:val="auto"/>
              </w:rPr>
              <w:t>Original Title</w:t>
            </w:r>
          </w:p>
        </w:tc>
        <w:tc>
          <w:tcPr>
            <w:tcW w:w="6662" w:type="dxa"/>
          </w:tcPr>
          <w:p w14:paraId="34C0D3AC" w14:textId="25A8BB7C" w:rsidR="00B252C6" w:rsidRPr="00654756" w:rsidRDefault="00B252C6" w:rsidP="00B252C6">
            <w:pPr>
              <w:keepNext/>
              <w:spacing w:before="60" w:after="6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auto"/>
              </w:rPr>
            </w:pPr>
            <w:r w:rsidRPr="00654756">
              <w:rPr>
                <w:rFonts w:ascii="Calibri" w:hAnsi="Calibri" w:cs="Calibri"/>
                <w:color w:val="auto"/>
              </w:rPr>
              <w:t>English title</w:t>
            </w:r>
            <w:r w:rsidR="008B6F30">
              <w:rPr>
                <w:rFonts w:ascii="Calibri" w:hAnsi="Calibri" w:cs="Calibri"/>
                <w:color w:val="auto"/>
              </w:rPr>
              <w:t xml:space="preserve"> of the thesis.</w:t>
            </w:r>
          </w:p>
        </w:tc>
      </w:tr>
      <w:tr w:rsidR="004D15B1" w:rsidRPr="00654756" w14:paraId="6BBD1561" w14:textId="77777777" w:rsidTr="00365168">
        <w:trPr>
          <w:trHeight w:val="193"/>
        </w:trPr>
        <w:tc>
          <w:tcPr>
            <w:cnfStyle w:val="000010000000" w:firstRow="0" w:lastRow="0" w:firstColumn="0" w:lastColumn="0" w:oddVBand="1" w:evenVBand="0" w:oddHBand="0" w:evenHBand="0" w:firstRowFirstColumn="0" w:firstRowLastColumn="0" w:lastRowFirstColumn="0" w:lastRowLastColumn="0"/>
            <w:tcW w:w="2543" w:type="dxa"/>
          </w:tcPr>
          <w:p w14:paraId="67E5CEA2" w14:textId="77777777" w:rsidR="00B252C6" w:rsidRPr="00654756" w:rsidRDefault="00B252C6" w:rsidP="00B252C6">
            <w:pPr>
              <w:keepNext/>
              <w:spacing w:before="60" w:after="60" w:line="276" w:lineRule="auto"/>
              <w:rPr>
                <w:rFonts w:ascii="Calibri" w:hAnsi="Calibri" w:cs="Calibri"/>
                <w:color w:val="auto"/>
              </w:rPr>
            </w:pPr>
            <w:r w:rsidRPr="00654756">
              <w:rPr>
                <w:rFonts w:ascii="Calibri" w:hAnsi="Calibri" w:cs="Calibri"/>
                <w:b/>
                <w:color w:val="auto"/>
              </w:rPr>
              <w:t>Translated Title</w:t>
            </w:r>
          </w:p>
        </w:tc>
        <w:tc>
          <w:tcPr>
            <w:tcW w:w="6662" w:type="dxa"/>
          </w:tcPr>
          <w:p w14:paraId="76350992" w14:textId="552D5B90" w:rsidR="00B252C6" w:rsidRPr="00654756" w:rsidRDefault="008B6F30" w:rsidP="00B252C6">
            <w:pPr>
              <w:keepNext/>
              <w:spacing w:before="60" w:after="6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auto"/>
              </w:rPr>
            </w:pPr>
            <w:r>
              <w:rPr>
                <w:rFonts w:ascii="Calibri" w:hAnsi="Calibri" w:cs="Calibri"/>
                <w:color w:val="auto"/>
              </w:rPr>
              <w:t>Turkish translation of the thesis title.</w:t>
            </w:r>
          </w:p>
        </w:tc>
      </w:tr>
      <w:tr w:rsidR="004D15B1" w:rsidRPr="00654756" w14:paraId="3DC9CD0F" w14:textId="77777777" w:rsidTr="00365168">
        <w:trPr>
          <w:trHeight w:val="193"/>
        </w:trPr>
        <w:tc>
          <w:tcPr>
            <w:cnfStyle w:val="000010000000" w:firstRow="0" w:lastRow="0" w:firstColumn="0" w:lastColumn="0" w:oddVBand="1" w:evenVBand="0" w:oddHBand="0" w:evenHBand="0" w:firstRowFirstColumn="0" w:firstRowLastColumn="0" w:lastRowFirstColumn="0" w:lastRowLastColumn="0"/>
            <w:tcW w:w="2543" w:type="dxa"/>
          </w:tcPr>
          <w:p w14:paraId="4FEA274B" w14:textId="77777777" w:rsidR="00B252C6" w:rsidRPr="00654756" w:rsidRDefault="00B252C6" w:rsidP="00B252C6">
            <w:pPr>
              <w:keepNext/>
              <w:spacing w:before="60" w:after="60" w:line="276" w:lineRule="auto"/>
              <w:rPr>
                <w:rFonts w:ascii="Calibri" w:hAnsi="Calibri" w:cs="Calibri"/>
                <w:color w:val="auto"/>
              </w:rPr>
            </w:pPr>
            <w:r w:rsidRPr="00654756">
              <w:rPr>
                <w:rFonts w:ascii="Calibri" w:hAnsi="Calibri" w:cs="Calibri"/>
                <w:b/>
                <w:color w:val="auto"/>
              </w:rPr>
              <w:t>Subject</w:t>
            </w:r>
          </w:p>
        </w:tc>
        <w:tc>
          <w:tcPr>
            <w:tcW w:w="6662" w:type="dxa"/>
          </w:tcPr>
          <w:p w14:paraId="64F2483A" w14:textId="559A087E" w:rsidR="00B252C6" w:rsidRPr="00654756" w:rsidRDefault="00B252C6" w:rsidP="00B252C6">
            <w:pPr>
              <w:keepNext/>
              <w:spacing w:before="60" w:after="6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auto"/>
              </w:rPr>
            </w:pPr>
            <w:r w:rsidRPr="00654756">
              <w:rPr>
                <w:rFonts w:ascii="Calibri" w:hAnsi="Calibri" w:cs="Calibri"/>
                <w:color w:val="auto"/>
              </w:rPr>
              <w:t>Select the option</w:t>
            </w:r>
            <w:r w:rsidR="002E0F53">
              <w:rPr>
                <w:rFonts w:ascii="Calibri" w:hAnsi="Calibri" w:cs="Calibri"/>
                <w:color w:val="auto"/>
              </w:rPr>
              <w:t>s</w:t>
            </w:r>
            <w:r w:rsidRPr="00654756">
              <w:rPr>
                <w:rFonts w:ascii="Calibri" w:hAnsi="Calibri" w:cs="Calibri"/>
                <w:color w:val="auto"/>
              </w:rPr>
              <w:t xml:space="preserve"> closest to your</w:t>
            </w:r>
            <w:r w:rsidR="005D220B">
              <w:rPr>
                <w:rFonts w:ascii="Calibri" w:hAnsi="Calibri" w:cs="Calibri"/>
                <w:color w:val="auto"/>
              </w:rPr>
              <w:t xml:space="preserve"> topic</w:t>
            </w:r>
          </w:p>
        </w:tc>
      </w:tr>
      <w:tr w:rsidR="004D15B1" w:rsidRPr="00654756" w14:paraId="7FF818EA" w14:textId="77777777" w:rsidTr="00365168">
        <w:trPr>
          <w:trHeight w:val="193"/>
        </w:trPr>
        <w:tc>
          <w:tcPr>
            <w:cnfStyle w:val="000010000000" w:firstRow="0" w:lastRow="0" w:firstColumn="0" w:lastColumn="0" w:oddVBand="1" w:evenVBand="0" w:oddHBand="0" w:evenHBand="0" w:firstRowFirstColumn="0" w:firstRowLastColumn="0" w:lastRowFirstColumn="0" w:lastRowLastColumn="0"/>
            <w:tcW w:w="2543" w:type="dxa"/>
          </w:tcPr>
          <w:p w14:paraId="01CC9930" w14:textId="77777777" w:rsidR="00B252C6" w:rsidRPr="00654756" w:rsidRDefault="00B252C6" w:rsidP="00B252C6">
            <w:pPr>
              <w:keepNext/>
              <w:spacing w:before="60" w:after="60" w:line="276" w:lineRule="auto"/>
              <w:rPr>
                <w:rFonts w:ascii="Calibri" w:hAnsi="Calibri" w:cs="Calibri"/>
                <w:color w:val="auto"/>
              </w:rPr>
            </w:pPr>
            <w:r w:rsidRPr="00654756">
              <w:rPr>
                <w:rFonts w:ascii="Calibri" w:hAnsi="Calibri" w:cs="Calibri"/>
                <w:b/>
                <w:color w:val="auto"/>
              </w:rPr>
              <w:t xml:space="preserve">Division (Ana </w:t>
            </w:r>
            <w:proofErr w:type="spellStart"/>
            <w:r w:rsidRPr="00654756">
              <w:rPr>
                <w:rFonts w:ascii="Calibri" w:hAnsi="Calibri" w:cs="Calibri"/>
                <w:b/>
                <w:color w:val="auto"/>
              </w:rPr>
              <w:t>Bilim</w:t>
            </w:r>
            <w:proofErr w:type="spellEnd"/>
            <w:r w:rsidRPr="00654756">
              <w:rPr>
                <w:rFonts w:ascii="Calibri" w:hAnsi="Calibri" w:cs="Calibri"/>
                <w:b/>
                <w:color w:val="auto"/>
              </w:rPr>
              <w:t xml:space="preserve"> Dalı)</w:t>
            </w:r>
          </w:p>
        </w:tc>
        <w:tc>
          <w:tcPr>
            <w:tcW w:w="6662" w:type="dxa"/>
          </w:tcPr>
          <w:p w14:paraId="211D66A9" w14:textId="1144B2C0" w:rsidR="00B252C6" w:rsidRPr="00654756" w:rsidRDefault="00B252C6" w:rsidP="00B252C6">
            <w:pPr>
              <w:keepNext/>
              <w:spacing w:before="60" w:after="6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auto"/>
              </w:rPr>
            </w:pPr>
            <w:r w:rsidRPr="00365168">
              <w:rPr>
                <w:rFonts w:ascii="Calibri" w:hAnsi="Calibri" w:cs="Calibri"/>
                <w:color w:val="000000" w:themeColor="text1"/>
              </w:rPr>
              <w:t xml:space="preserve">Select </w:t>
            </w:r>
            <w:r w:rsidR="008B6F30" w:rsidRPr="00365168">
              <w:rPr>
                <w:rFonts w:ascii="Calibri" w:hAnsi="Calibri" w:cs="Calibri"/>
                <w:color w:val="000000" w:themeColor="text1"/>
              </w:rPr>
              <w:t>“</w:t>
            </w:r>
            <w:r w:rsidRPr="00365168">
              <w:rPr>
                <w:rFonts w:ascii="Calibri" w:hAnsi="Calibri" w:cs="Calibri"/>
                <w:b/>
                <w:color w:val="000000" w:themeColor="text1"/>
              </w:rPr>
              <w:t xml:space="preserve">Veri </w:t>
            </w:r>
            <w:proofErr w:type="spellStart"/>
            <w:r w:rsidRPr="00365168">
              <w:rPr>
                <w:rFonts w:ascii="Calibri" w:hAnsi="Calibri" w:cs="Calibri"/>
                <w:b/>
                <w:color w:val="000000" w:themeColor="text1"/>
              </w:rPr>
              <w:t>Bilimi</w:t>
            </w:r>
            <w:proofErr w:type="spellEnd"/>
            <w:r w:rsidRPr="00365168">
              <w:rPr>
                <w:rFonts w:ascii="Calibri" w:hAnsi="Calibri" w:cs="Calibri"/>
                <w:b/>
                <w:color w:val="000000" w:themeColor="text1"/>
              </w:rPr>
              <w:t xml:space="preserve"> </w:t>
            </w:r>
            <w:proofErr w:type="spellStart"/>
            <w:r w:rsidRPr="00365168">
              <w:rPr>
                <w:rFonts w:ascii="Calibri" w:hAnsi="Calibri" w:cs="Calibri"/>
                <w:b/>
                <w:color w:val="000000" w:themeColor="text1"/>
              </w:rPr>
              <w:t>ve</w:t>
            </w:r>
            <w:proofErr w:type="spellEnd"/>
            <w:r w:rsidRPr="00365168">
              <w:rPr>
                <w:rFonts w:ascii="Calibri" w:hAnsi="Calibri" w:cs="Calibri"/>
                <w:b/>
                <w:color w:val="000000" w:themeColor="text1"/>
              </w:rPr>
              <w:t xml:space="preserve"> Yapay Zeka (</w:t>
            </w:r>
            <w:proofErr w:type="spellStart"/>
            <w:r w:rsidRPr="00365168">
              <w:rPr>
                <w:rFonts w:ascii="Calibri" w:hAnsi="Calibri" w:cs="Calibri"/>
                <w:b/>
                <w:color w:val="000000" w:themeColor="text1"/>
              </w:rPr>
              <w:t>Disiplinlerarası</w:t>
            </w:r>
            <w:proofErr w:type="spellEnd"/>
            <w:r w:rsidRPr="00365168">
              <w:rPr>
                <w:rFonts w:ascii="Calibri" w:hAnsi="Calibri" w:cs="Calibri"/>
                <w:b/>
                <w:color w:val="000000" w:themeColor="text1"/>
              </w:rPr>
              <w:t>)</w:t>
            </w:r>
            <w:r w:rsidR="008B6F30" w:rsidRPr="00365168">
              <w:rPr>
                <w:rFonts w:ascii="Calibri" w:hAnsi="Calibri" w:cs="Calibri"/>
                <w:b/>
                <w:color w:val="000000" w:themeColor="text1"/>
              </w:rPr>
              <w:t>”</w:t>
            </w:r>
          </w:p>
        </w:tc>
      </w:tr>
      <w:tr w:rsidR="004D15B1" w:rsidRPr="00654756" w14:paraId="3EADA349" w14:textId="77777777" w:rsidTr="00365168">
        <w:trPr>
          <w:trHeight w:val="193"/>
        </w:trPr>
        <w:tc>
          <w:tcPr>
            <w:cnfStyle w:val="000010000000" w:firstRow="0" w:lastRow="0" w:firstColumn="0" w:lastColumn="0" w:oddVBand="1" w:evenVBand="0" w:oddHBand="0" w:evenHBand="0" w:firstRowFirstColumn="0" w:firstRowLastColumn="0" w:lastRowFirstColumn="0" w:lastRowLastColumn="0"/>
            <w:tcW w:w="2543" w:type="dxa"/>
          </w:tcPr>
          <w:p w14:paraId="6BE0D0B3" w14:textId="77777777" w:rsidR="00B252C6" w:rsidRPr="00654756" w:rsidRDefault="00B252C6" w:rsidP="00B252C6">
            <w:pPr>
              <w:keepNext/>
              <w:spacing w:before="60" w:after="60" w:line="276" w:lineRule="auto"/>
              <w:rPr>
                <w:rFonts w:ascii="Calibri" w:hAnsi="Calibri" w:cs="Calibri"/>
                <w:color w:val="auto"/>
              </w:rPr>
            </w:pPr>
            <w:r w:rsidRPr="00654756">
              <w:rPr>
                <w:rFonts w:ascii="Calibri" w:hAnsi="Calibri" w:cs="Calibri"/>
                <w:b/>
                <w:color w:val="auto"/>
              </w:rPr>
              <w:t>Discipline (</w:t>
            </w:r>
            <w:proofErr w:type="spellStart"/>
            <w:r w:rsidRPr="00654756">
              <w:rPr>
                <w:rFonts w:ascii="Calibri" w:hAnsi="Calibri" w:cs="Calibri"/>
                <w:b/>
                <w:color w:val="auto"/>
              </w:rPr>
              <w:t>Bilim</w:t>
            </w:r>
            <w:proofErr w:type="spellEnd"/>
            <w:r w:rsidRPr="00654756">
              <w:rPr>
                <w:rFonts w:ascii="Calibri" w:hAnsi="Calibri" w:cs="Calibri"/>
                <w:b/>
                <w:color w:val="auto"/>
              </w:rPr>
              <w:t xml:space="preserve"> </w:t>
            </w:r>
            <w:proofErr w:type="spellStart"/>
            <w:r w:rsidRPr="00654756">
              <w:rPr>
                <w:rFonts w:ascii="Calibri" w:hAnsi="Calibri" w:cs="Calibri"/>
                <w:b/>
                <w:color w:val="auto"/>
              </w:rPr>
              <w:t>Dalı</w:t>
            </w:r>
            <w:proofErr w:type="spellEnd"/>
            <w:r w:rsidRPr="00654756">
              <w:rPr>
                <w:rFonts w:ascii="Calibri" w:hAnsi="Calibri" w:cs="Calibri"/>
                <w:b/>
                <w:color w:val="auto"/>
              </w:rPr>
              <w:t>)</w:t>
            </w:r>
          </w:p>
        </w:tc>
        <w:tc>
          <w:tcPr>
            <w:tcW w:w="6662" w:type="dxa"/>
          </w:tcPr>
          <w:p w14:paraId="2AB3616F" w14:textId="138A3596" w:rsidR="00B252C6" w:rsidRPr="00654756" w:rsidRDefault="00B252C6" w:rsidP="00B252C6">
            <w:pPr>
              <w:keepNext/>
              <w:spacing w:before="60" w:after="6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auto"/>
              </w:rPr>
            </w:pPr>
            <w:r w:rsidRPr="00654756">
              <w:rPr>
                <w:rFonts w:ascii="Calibri" w:hAnsi="Calibri" w:cs="Calibri"/>
                <w:color w:val="auto"/>
              </w:rPr>
              <w:t>Leave blank</w:t>
            </w:r>
          </w:p>
        </w:tc>
      </w:tr>
      <w:tr w:rsidR="004D15B1" w:rsidRPr="00654756" w14:paraId="1ACD2E37" w14:textId="77777777" w:rsidTr="00365168">
        <w:trPr>
          <w:trHeight w:val="193"/>
        </w:trPr>
        <w:tc>
          <w:tcPr>
            <w:cnfStyle w:val="000010000000" w:firstRow="0" w:lastRow="0" w:firstColumn="0" w:lastColumn="0" w:oddVBand="1" w:evenVBand="0" w:oddHBand="0" w:evenHBand="0" w:firstRowFirstColumn="0" w:firstRowLastColumn="0" w:lastRowFirstColumn="0" w:lastRowLastColumn="0"/>
            <w:tcW w:w="2543" w:type="dxa"/>
          </w:tcPr>
          <w:p w14:paraId="265DF7B2" w14:textId="77777777" w:rsidR="00B252C6" w:rsidRPr="00654756" w:rsidRDefault="00B252C6" w:rsidP="00B252C6">
            <w:pPr>
              <w:keepNext/>
              <w:spacing w:before="60" w:after="60" w:line="276" w:lineRule="auto"/>
              <w:rPr>
                <w:rFonts w:ascii="Calibri" w:hAnsi="Calibri" w:cs="Calibri"/>
                <w:color w:val="auto"/>
              </w:rPr>
            </w:pPr>
            <w:r w:rsidRPr="00654756">
              <w:rPr>
                <w:rFonts w:ascii="Calibri" w:hAnsi="Calibri" w:cs="Calibri"/>
                <w:b/>
                <w:color w:val="auto"/>
              </w:rPr>
              <w:t>Year</w:t>
            </w:r>
          </w:p>
        </w:tc>
        <w:tc>
          <w:tcPr>
            <w:tcW w:w="6662" w:type="dxa"/>
          </w:tcPr>
          <w:p w14:paraId="7DF428C6" w14:textId="38367A0F" w:rsidR="00B252C6" w:rsidRPr="00654756" w:rsidRDefault="00B252C6" w:rsidP="00B252C6">
            <w:pPr>
              <w:keepNext/>
              <w:spacing w:before="60" w:after="6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auto"/>
              </w:rPr>
            </w:pPr>
            <w:r w:rsidRPr="00654756">
              <w:rPr>
                <w:rFonts w:ascii="Calibri" w:hAnsi="Calibri" w:cs="Calibri"/>
                <w:color w:val="auto"/>
              </w:rPr>
              <w:t>Enter the current year</w:t>
            </w:r>
          </w:p>
        </w:tc>
      </w:tr>
      <w:tr w:rsidR="004D15B1" w:rsidRPr="00654756" w14:paraId="3863103F" w14:textId="77777777" w:rsidTr="00365168">
        <w:trPr>
          <w:trHeight w:val="193"/>
        </w:trPr>
        <w:tc>
          <w:tcPr>
            <w:cnfStyle w:val="000010000000" w:firstRow="0" w:lastRow="0" w:firstColumn="0" w:lastColumn="0" w:oddVBand="1" w:evenVBand="0" w:oddHBand="0" w:evenHBand="0" w:firstRowFirstColumn="0" w:firstRowLastColumn="0" w:lastRowFirstColumn="0" w:lastRowLastColumn="0"/>
            <w:tcW w:w="2543" w:type="dxa"/>
          </w:tcPr>
          <w:p w14:paraId="4C72B83D" w14:textId="77777777" w:rsidR="00B252C6" w:rsidRPr="00654756" w:rsidRDefault="00B252C6" w:rsidP="00B252C6">
            <w:pPr>
              <w:spacing w:before="60" w:after="60" w:line="276" w:lineRule="auto"/>
              <w:rPr>
                <w:rFonts w:ascii="Calibri" w:hAnsi="Calibri" w:cs="Calibri"/>
                <w:color w:val="auto"/>
              </w:rPr>
            </w:pPr>
            <w:r w:rsidRPr="00654756">
              <w:rPr>
                <w:rFonts w:ascii="Calibri" w:hAnsi="Calibri" w:cs="Calibri"/>
                <w:b/>
                <w:color w:val="auto"/>
              </w:rPr>
              <w:t>Page Count</w:t>
            </w:r>
          </w:p>
        </w:tc>
        <w:tc>
          <w:tcPr>
            <w:tcW w:w="6662" w:type="dxa"/>
          </w:tcPr>
          <w:p w14:paraId="6812E834" w14:textId="77777777" w:rsidR="00B252C6" w:rsidRPr="00654756" w:rsidRDefault="00B252C6" w:rsidP="00B252C6">
            <w:pPr>
              <w:spacing w:before="60" w:after="6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auto"/>
              </w:rPr>
            </w:pPr>
            <w:r w:rsidRPr="00654756">
              <w:rPr>
                <w:rFonts w:ascii="Calibri" w:hAnsi="Calibri" w:cs="Calibri"/>
                <w:color w:val="auto"/>
              </w:rPr>
              <w:t>The total number of pages, excluding the two thesis cover pages.</w:t>
            </w:r>
          </w:p>
        </w:tc>
      </w:tr>
    </w:tbl>
    <w:p w14:paraId="0A6BD40E" w14:textId="192B8AE0" w:rsidR="00B4263C" w:rsidRPr="00654756" w:rsidRDefault="00B4263C" w:rsidP="00B252C6">
      <w:pPr>
        <w:pStyle w:val="Note"/>
        <w:ind w:left="0"/>
        <w:rPr>
          <w:rFonts w:ascii="Calibri" w:hAnsi="Calibri" w:cs="Calibri"/>
          <w:sz w:val="22"/>
        </w:rPr>
      </w:pPr>
    </w:p>
    <w:p w14:paraId="65B2D5E1" w14:textId="1FE889AE" w:rsidR="00B4263C" w:rsidRPr="00654756" w:rsidRDefault="004D15B1" w:rsidP="009B028B">
      <w:pPr>
        <w:numPr>
          <w:ilvl w:val="0"/>
          <w:numId w:val="12"/>
        </w:numPr>
        <w:spacing w:after="0" w:line="240" w:lineRule="auto"/>
        <w:jc w:val="both"/>
        <w:rPr>
          <w:rFonts w:ascii="Calibri" w:hAnsi="Calibri" w:cs="Calibri"/>
        </w:rPr>
      </w:pPr>
      <w:r w:rsidRPr="00654756">
        <w:rPr>
          <w:rFonts w:ascii="Calibri" w:hAnsi="Calibri" w:cs="Calibri"/>
          <w:b/>
        </w:rPr>
        <w:t>“</w:t>
      </w:r>
      <w:r w:rsidR="008E7B41" w:rsidRPr="00654756">
        <w:rPr>
          <w:rFonts w:ascii="Calibri" w:hAnsi="Calibri" w:cs="Calibri"/>
          <w:b/>
        </w:rPr>
        <w:t>Thesis Restriction Petition</w:t>
      </w:r>
      <w:r w:rsidRPr="00654756">
        <w:rPr>
          <w:rFonts w:ascii="Calibri" w:hAnsi="Calibri" w:cs="Calibri"/>
          <w:b/>
        </w:rPr>
        <w:t>”</w:t>
      </w:r>
      <w:r w:rsidR="008E7B41" w:rsidRPr="00654756">
        <w:rPr>
          <w:rFonts w:ascii="Calibri" w:hAnsi="Calibri" w:cs="Calibri"/>
        </w:rPr>
        <w:t xml:space="preserve"> </w:t>
      </w:r>
      <w:r w:rsidR="008E7B41" w:rsidRPr="00654756">
        <w:rPr>
          <w:rFonts w:ascii="Calibri" w:hAnsi="Calibri" w:cs="Calibri"/>
          <w:i/>
        </w:rPr>
        <w:t>(if necessary)</w:t>
      </w:r>
    </w:p>
    <w:p w14:paraId="18C40CCE" w14:textId="3C8AD07C" w:rsidR="00B4263C" w:rsidRPr="00654756" w:rsidRDefault="008E7B41" w:rsidP="009B028B">
      <w:pPr>
        <w:pStyle w:val="Note"/>
        <w:spacing w:before="0" w:after="0" w:line="240" w:lineRule="auto"/>
        <w:jc w:val="both"/>
        <w:rPr>
          <w:rFonts w:ascii="Calibri" w:hAnsi="Calibri" w:cs="Calibri"/>
          <w:sz w:val="22"/>
        </w:rPr>
      </w:pPr>
      <w:r w:rsidRPr="00654756">
        <w:rPr>
          <w:rFonts w:ascii="Calibri" w:hAnsi="Calibri" w:cs="Calibri"/>
          <w:color w:val="auto"/>
          <w:sz w:val="22"/>
        </w:rPr>
        <w:t xml:space="preserve">To restrict electronic access to the thesis, the thesis advisor must submit a petition to the Institute Directorate. </w:t>
      </w:r>
      <w:hyperlink r:id="rId13">
        <w:r w:rsidRPr="00654756">
          <w:rPr>
            <w:rFonts w:ascii="Calibri" w:hAnsi="Calibri" w:cs="Calibri"/>
            <w:b/>
            <w:color w:val="1E4066"/>
            <w:sz w:val="22"/>
            <w:u w:val="single"/>
          </w:rPr>
          <w:t>Please refer to the guidelines regarding the digital collection, arrangement, and accessibility of graduate theses</w:t>
        </w:r>
      </w:hyperlink>
      <w:r w:rsidRPr="00654756">
        <w:rPr>
          <w:rFonts w:ascii="Calibri" w:hAnsi="Calibri" w:cs="Calibri"/>
          <w:b/>
          <w:sz w:val="22"/>
        </w:rPr>
        <w:t>.</w:t>
      </w:r>
    </w:p>
    <w:p w14:paraId="346D0734" w14:textId="77777777" w:rsidR="009B028B" w:rsidRPr="00654756" w:rsidRDefault="009B028B" w:rsidP="009B028B">
      <w:pPr>
        <w:pStyle w:val="Note"/>
        <w:spacing w:before="0" w:after="0" w:line="240" w:lineRule="auto"/>
        <w:rPr>
          <w:rFonts w:ascii="Calibri" w:hAnsi="Calibri" w:cs="Calibri"/>
          <w:sz w:val="22"/>
        </w:rPr>
      </w:pPr>
    </w:p>
    <w:p w14:paraId="342BFC2D" w14:textId="77777777" w:rsidR="00B4263C" w:rsidRPr="00654756" w:rsidRDefault="008E7B41">
      <w:pPr>
        <w:numPr>
          <w:ilvl w:val="0"/>
          <w:numId w:val="12"/>
        </w:numPr>
        <w:spacing w:after="80"/>
        <w:rPr>
          <w:rFonts w:ascii="Calibri" w:hAnsi="Calibri" w:cs="Calibri"/>
          <w:b/>
        </w:rPr>
      </w:pPr>
      <w:r w:rsidRPr="00654756">
        <w:rPr>
          <w:rFonts w:ascii="Calibri" w:hAnsi="Calibri" w:cs="Calibri"/>
          <w:b/>
        </w:rPr>
        <w:t>CDs.</w:t>
      </w:r>
    </w:p>
    <w:p w14:paraId="16760CD0" w14:textId="06BD443F" w:rsidR="00B4263C" w:rsidRPr="00654756" w:rsidRDefault="008E7B41" w:rsidP="00584020">
      <w:pPr>
        <w:pStyle w:val="Note"/>
        <w:spacing w:before="0" w:after="0" w:line="240" w:lineRule="auto"/>
        <w:jc w:val="both"/>
        <w:rPr>
          <w:rFonts w:ascii="Calibri" w:hAnsi="Calibri" w:cs="Calibri"/>
          <w:color w:val="auto"/>
          <w:sz w:val="22"/>
        </w:rPr>
      </w:pPr>
      <w:r w:rsidRPr="00654756">
        <w:rPr>
          <w:rFonts w:ascii="Calibri" w:hAnsi="Calibri" w:cs="Calibri"/>
          <w:color w:val="auto"/>
          <w:sz w:val="22"/>
        </w:rPr>
        <w:t xml:space="preserve">The thesis must be saved on the CDs and named using the reference number assigned by YÖK </w:t>
      </w:r>
      <w:r w:rsidR="008B6F30">
        <w:rPr>
          <w:rFonts w:ascii="Calibri" w:hAnsi="Calibri" w:cs="Calibri"/>
          <w:color w:val="auto"/>
          <w:sz w:val="22"/>
        </w:rPr>
        <w:t xml:space="preserve">Thesis Data Entry Form </w:t>
      </w:r>
      <w:r w:rsidRPr="00654756">
        <w:rPr>
          <w:rFonts w:ascii="Calibri" w:hAnsi="Calibri" w:cs="Calibri"/>
          <w:color w:val="auto"/>
          <w:sz w:val="22"/>
        </w:rPr>
        <w:t>(e.g., 10134567.pdf).</w:t>
      </w:r>
    </w:p>
    <w:p w14:paraId="199D61AE" w14:textId="77777777" w:rsidR="00584020" w:rsidRPr="00654756" w:rsidRDefault="00584020" w:rsidP="00584020">
      <w:pPr>
        <w:pStyle w:val="Note"/>
        <w:spacing w:before="0" w:after="0" w:line="240" w:lineRule="auto"/>
        <w:jc w:val="both"/>
        <w:rPr>
          <w:rFonts w:ascii="Calibri" w:hAnsi="Calibri" w:cs="Calibri"/>
          <w:color w:val="auto"/>
          <w:sz w:val="22"/>
        </w:rPr>
      </w:pPr>
    </w:p>
    <w:p w14:paraId="49D63F75" w14:textId="5B6731C7" w:rsidR="00B4263C" w:rsidRPr="00654756" w:rsidRDefault="008E7B41" w:rsidP="00584020">
      <w:pPr>
        <w:pStyle w:val="Note"/>
        <w:spacing w:before="0" w:after="0" w:line="240" w:lineRule="auto"/>
        <w:jc w:val="both"/>
        <w:rPr>
          <w:rFonts w:ascii="Calibri" w:hAnsi="Calibri" w:cs="Calibri"/>
          <w:color w:val="auto"/>
          <w:sz w:val="22"/>
        </w:rPr>
      </w:pPr>
      <w:r w:rsidRPr="00654756">
        <w:rPr>
          <w:rFonts w:ascii="Calibri" w:hAnsi="Calibri" w:cs="Calibri"/>
          <w:color w:val="auto"/>
          <w:sz w:val="22"/>
        </w:rPr>
        <w:t>The CD surface must include the student’s full name, the reference number assigned by YÖK</w:t>
      </w:r>
      <w:r w:rsidR="002E0F53">
        <w:rPr>
          <w:rFonts w:ascii="Calibri" w:hAnsi="Calibri" w:cs="Calibri"/>
          <w:color w:val="auto"/>
          <w:sz w:val="22"/>
        </w:rPr>
        <w:t xml:space="preserve"> Thesis Data Entry Form</w:t>
      </w:r>
      <w:r w:rsidRPr="00654756">
        <w:rPr>
          <w:rFonts w:ascii="Calibri" w:hAnsi="Calibri" w:cs="Calibri"/>
          <w:color w:val="auto"/>
          <w:sz w:val="22"/>
        </w:rPr>
        <w:t xml:space="preserve">, the graduation year, and the </w:t>
      </w:r>
      <w:r w:rsidR="002E0F53">
        <w:rPr>
          <w:rFonts w:ascii="Calibri" w:hAnsi="Calibri" w:cs="Calibri"/>
          <w:color w:val="auto"/>
          <w:sz w:val="22"/>
        </w:rPr>
        <w:t xml:space="preserve">name of the </w:t>
      </w:r>
      <w:r w:rsidRPr="00654756">
        <w:rPr>
          <w:rFonts w:ascii="Calibri" w:hAnsi="Calibri" w:cs="Calibri"/>
          <w:color w:val="auto"/>
          <w:sz w:val="22"/>
        </w:rPr>
        <w:t xml:space="preserve">Program </w:t>
      </w:r>
      <w:r w:rsidR="002E0F53">
        <w:rPr>
          <w:rFonts w:ascii="Calibri" w:hAnsi="Calibri" w:cs="Calibri"/>
          <w:color w:val="auto"/>
          <w:sz w:val="22"/>
        </w:rPr>
        <w:t>as “</w:t>
      </w:r>
      <w:r w:rsidRPr="00654756">
        <w:rPr>
          <w:rFonts w:ascii="Calibri" w:hAnsi="Calibri" w:cs="Calibri"/>
          <w:color w:val="auto"/>
          <w:sz w:val="22"/>
        </w:rPr>
        <w:t>Data Science and Artificial Intelligence (Interdisciplinary)</w:t>
      </w:r>
      <w:r w:rsidR="002E0F53">
        <w:rPr>
          <w:rFonts w:ascii="Calibri" w:hAnsi="Calibri" w:cs="Calibri"/>
          <w:color w:val="auto"/>
          <w:sz w:val="22"/>
        </w:rPr>
        <w:t>”</w:t>
      </w:r>
      <w:r w:rsidRPr="00654756">
        <w:rPr>
          <w:rFonts w:ascii="Calibri" w:hAnsi="Calibri" w:cs="Calibri"/>
          <w:color w:val="auto"/>
          <w:sz w:val="22"/>
        </w:rPr>
        <w:t>.</w:t>
      </w:r>
    </w:p>
    <w:p w14:paraId="65EEE72F" w14:textId="77777777" w:rsidR="00584020" w:rsidRPr="00654756" w:rsidRDefault="00584020" w:rsidP="00584020">
      <w:pPr>
        <w:pStyle w:val="Note"/>
        <w:spacing w:before="0" w:after="0" w:line="240" w:lineRule="auto"/>
        <w:jc w:val="both"/>
        <w:rPr>
          <w:rFonts w:ascii="Calibri" w:hAnsi="Calibri" w:cs="Calibri"/>
          <w:color w:val="auto"/>
          <w:sz w:val="22"/>
        </w:rPr>
      </w:pPr>
    </w:p>
    <w:p w14:paraId="2C034045" w14:textId="20ED7ED4" w:rsidR="00584020" w:rsidRPr="00654756" w:rsidRDefault="008E7B41" w:rsidP="00566810">
      <w:pPr>
        <w:pStyle w:val="Note"/>
        <w:spacing w:before="0" w:after="0" w:line="240" w:lineRule="auto"/>
        <w:jc w:val="both"/>
        <w:rPr>
          <w:rFonts w:ascii="Calibri" w:hAnsi="Calibri" w:cs="Calibri"/>
          <w:color w:val="auto"/>
          <w:sz w:val="22"/>
        </w:rPr>
      </w:pPr>
      <w:r w:rsidRPr="00654756">
        <w:rPr>
          <w:rFonts w:ascii="Calibri" w:hAnsi="Calibri" w:cs="Calibri"/>
          <w:color w:val="auto"/>
          <w:sz w:val="22"/>
        </w:rPr>
        <w:t xml:space="preserve">If the thesis includes supplementary files, these must be compressed </w:t>
      </w:r>
      <w:r w:rsidRPr="00365168">
        <w:rPr>
          <w:rFonts w:ascii="Calibri" w:hAnsi="Calibri" w:cs="Calibri"/>
          <w:bCs/>
          <w:color w:val="auto"/>
          <w:sz w:val="22"/>
        </w:rPr>
        <w:t>only</w:t>
      </w:r>
      <w:r w:rsidRPr="00654756">
        <w:rPr>
          <w:rFonts w:ascii="Calibri" w:hAnsi="Calibri" w:cs="Calibri"/>
          <w:color w:val="auto"/>
          <w:sz w:val="22"/>
        </w:rPr>
        <w:t xml:space="preserve"> using WinRAR and placed on both CDs as a file named “</w:t>
      </w:r>
      <w:proofErr w:type="spellStart"/>
      <w:r w:rsidRPr="00654756">
        <w:rPr>
          <w:rFonts w:ascii="Calibri" w:hAnsi="Calibri" w:cs="Calibri"/>
          <w:color w:val="auto"/>
          <w:sz w:val="22"/>
        </w:rPr>
        <w:t>ekler.rar</w:t>
      </w:r>
      <w:proofErr w:type="spellEnd"/>
      <w:r w:rsidRPr="00654756">
        <w:rPr>
          <w:rFonts w:ascii="Calibri" w:hAnsi="Calibri" w:cs="Calibri"/>
          <w:color w:val="auto"/>
          <w:sz w:val="22"/>
        </w:rPr>
        <w:t>” (e.g., raw data, code/scripts, etc.; supplementary tables and figures summarized but not fully provided in the thesis; survey questionnaires; measurement scales; experimental materials; images; algorithm details; model outputs; etc.).</w:t>
      </w:r>
    </w:p>
    <w:p w14:paraId="214FB147" w14:textId="77777777" w:rsidR="00B4263C" w:rsidRPr="00654756" w:rsidRDefault="008E7B41" w:rsidP="00584020">
      <w:pPr>
        <w:pStyle w:val="CDLabel"/>
        <w:numPr>
          <w:ilvl w:val="0"/>
          <w:numId w:val="22"/>
        </w:numPr>
        <w:rPr>
          <w:rFonts w:ascii="Calibri" w:hAnsi="Calibri" w:cs="Calibri"/>
          <w:sz w:val="24"/>
        </w:rPr>
      </w:pPr>
      <w:r w:rsidRPr="00654756">
        <w:rPr>
          <w:rFonts w:ascii="Calibri" w:hAnsi="Calibri" w:cs="Calibri"/>
          <w:sz w:val="24"/>
        </w:rPr>
        <w:t>First CD</w:t>
      </w:r>
    </w:p>
    <w:p w14:paraId="0950AEC3" w14:textId="3DEEC759" w:rsidR="00B4263C" w:rsidRPr="00654756" w:rsidRDefault="008E7B41" w:rsidP="00131799">
      <w:pPr>
        <w:numPr>
          <w:ilvl w:val="0"/>
          <w:numId w:val="13"/>
        </w:numPr>
        <w:spacing w:after="0" w:line="240" w:lineRule="auto"/>
        <w:ind w:left="720"/>
        <w:rPr>
          <w:rFonts w:ascii="Calibri" w:hAnsi="Calibri" w:cs="Calibri"/>
        </w:rPr>
      </w:pPr>
      <w:r w:rsidRPr="00654756">
        <w:rPr>
          <w:rFonts w:ascii="Calibri" w:hAnsi="Calibri" w:cs="Calibri"/>
          <w:b/>
          <w:bCs/>
        </w:rPr>
        <w:t>Only the PDF copy of the thesis</w:t>
      </w:r>
      <w:r w:rsidRPr="00654756">
        <w:rPr>
          <w:rFonts w:ascii="Calibri" w:hAnsi="Calibri" w:cs="Calibri"/>
          <w:b/>
        </w:rPr>
        <w:t xml:space="preserve">. </w:t>
      </w:r>
      <w:r w:rsidR="00B252C6" w:rsidRPr="00654756">
        <w:rPr>
          <w:rFonts w:ascii="Calibri" w:hAnsi="Calibri" w:cs="Calibri"/>
          <w:b/>
        </w:rPr>
        <w:br/>
      </w:r>
      <w:r w:rsidRPr="00654756">
        <w:rPr>
          <w:rFonts w:ascii="Calibri" w:hAnsi="Calibri" w:cs="Calibri"/>
        </w:rPr>
        <w:t>The thesis on the first CD must be saved as a PDF that excludes the approval/signature page containing the advisor’s/advisors’ full names (even if unsigned).</w:t>
      </w:r>
    </w:p>
    <w:p w14:paraId="774D2AA1" w14:textId="77777777" w:rsidR="00B4263C" w:rsidRPr="00654756" w:rsidRDefault="008E7B41" w:rsidP="004130F2">
      <w:pPr>
        <w:pStyle w:val="CDLabel"/>
        <w:numPr>
          <w:ilvl w:val="0"/>
          <w:numId w:val="22"/>
        </w:numPr>
        <w:rPr>
          <w:rFonts w:ascii="Calibri" w:hAnsi="Calibri" w:cs="Calibri"/>
          <w:sz w:val="24"/>
        </w:rPr>
      </w:pPr>
      <w:r w:rsidRPr="00654756">
        <w:rPr>
          <w:rFonts w:ascii="Calibri" w:hAnsi="Calibri" w:cs="Calibri"/>
          <w:sz w:val="24"/>
        </w:rPr>
        <w:t>Second CD</w:t>
      </w:r>
    </w:p>
    <w:p w14:paraId="666960BE" w14:textId="77777777" w:rsidR="00B4263C" w:rsidRPr="00654756" w:rsidRDefault="008E7B41" w:rsidP="00E94DFB">
      <w:pPr>
        <w:numPr>
          <w:ilvl w:val="0"/>
          <w:numId w:val="13"/>
        </w:numPr>
        <w:spacing w:after="60"/>
        <w:ind w:left="720"/>
        <w:jc w:val="both"/>
        <w:rPr>
          <w:rFonts w:ascii="Calibri" w:hAnsi="Calibri" w:cs="Calibri"/>
        </w:rPr>
      </w:pPr>
      <w:r w:rsidRPr="00654756">
        <w:rPr>
          <w:rFonts w:ascii="Calibri" w:hAnsi="Calibri" w:cs="Calibri"/>
          <w:b/>
        </w:rPr>
        <w:t>PDF copy of the thesis</w:t>
      </w:r>
      <w:r w:rsidRPr="00654756">
        <w:rPr>
          <w:rFonts w:ascii="Calibri" w:hAnsi="Calibri" w:cs="Calibri"/>
        </w:rPr>
        <w:t xml:space="preserve"> </w:t>
      </w:r>
      <w:r w:rsidRPr="00654756">
        <w:rPr>
          <w:rFonts w:ascii="Calibri" w:hAnsi="Calibri" w:cs="Calibri"/>
          <w:i/>
        </w:rPr>
        <w:t>(including the page with the advisor’s/advisors’ full names, unsigned)</w:t>
      </w:r>
    </w:p>
    <w:p w14:paraId="73B13568" w14:textId="597EFFF3" w:rsidR="00B4263C" w:rsidRPr="00654756" w:rsidRDefault="008E7B41" w:rsidP="00F651D8">
      <w:pPr>
        <w:numPr>
          <w:ilvl w:val="0"/>
          <w:numId w:val="13"/>
        </w:numPr>
        <w:spacing w:after="60"/>
        <w:ind w:left="720"/>
        <w:rPr>
          <w:rFonts w:ascii="Calibri" w:hAnsi="Calibri" w:cs="Calibri"/>
          <w:b/>
        </w:rPr>
      </w:pPr>
      <w:r w:rsidRPr="00654756">
        <w:rPr>
          <w:rFonts w:ascii="Calibri" w:hAnsi="Calibri" w:cs="Calibri"/>
          <w:b/>
        </w:rPr>
        <w:t>Thesis Data Entry Form</w:t>
      </w:r>
    </w:p>
    <w:p w14:paraId="705AD58F" w14:textId="77777777" w:rsidR="00B4263C" w:rsidRPr="00654756" w:rsidRDefault="008E7B41" w:rsidP="00F651D8">
      <w:pPr>
        <w:numPr>
          <w:ilvl w:val="0"/>
          <w:numId w:val="13"/>
        </w:numPr>
        <w:spacing w:after="60"/>
        <w:ind w:left="720"/>
        <w:rPr>
          <w:rFonts w:ascii="Calibri" w:hAnsi="Calibri" w:cs="Calibri"/>
          <w:b/>
        </w:rPr>
      </w:pPr>
      <w:r w:rsidRPr="00654756">
        <w:rPr>
          <w:rFonts w:ascii="Calibri" w:hAnsi="Calibri" w:cs="Calibri"/>
          <w:b/>
        </w:rPr>
        <w:t>Thesis Submission Petition</w:t>
      </w:r>
    </w:p>
    <w:p w14:paraId="67BFB5AC" w14:textId="77777777" w:rsidR="00B4263C" w:rsidRPr="00654756" w:rsidRDefault="008E7B41" w:rsidP="00F651D8">
      <w:pPr>
        <w:numPr>
          <w:ilvl w:val="0"/>
          <w:numId w:val="13"/>
        </w:numPr>
        <w:spacing w:after="60"/>
        <w:ind w:left="720"/>
        <w:rPr>
          <w:rFonts w:ascii="Calibri" w:hAnsi="Calibri" w:cs="Calibri"/>
          <w:b/>
        </w:rPr>
      </w:pPr>
      <w:r w:rsidRPr="00654756">
        <w:rPr>
          <w:rFonts w:ascii="Calibri" w:hAnsi="Calibri" w:cs="Calibri"/>
          <w:b/>
        </w:rPr>
        <w:t>Turnitin similarity report</w:t>
      </w:r>
    </w:p>
    <w:p w14:paraId="40A988E3" w14:textId="318BFCE8" w:rsidR="00B4263C" w:rsidRPr="00654756" w:rsidRDefault="008E7B41" w:rsidP="00131799">
      <w:pPr>
        <w:numPr>
          <w:ilvl w:val="0"/>
          <w:numId w:val="13"/>
        </w:numPr>
        <w:spacing w:after="0" w:line="240" w:lineRule="auto"/>
        <w:ind w:left="720"/>
        <w:jc w:val="both"/>
        <w:rPr>
          <w:rFonts w:ascii="Calibri" w:hAnsi="Calibri" w:cs="Calibri"/>
          <w:color w:val="auto"/>
        </w:rPr>
      </w:pPr>
      <w:r w:rsidRPr="00654756">
        <w:rPr>
          <w:rFonts w:ascii="Calibri" w:hAnsi="Calibri" w:cs="Calibri"/>
          <w:color w:val="auto"/>
        </w:rPr>
        <w:t xml:space="preserve">Document(s) certifying that the </w:t>
      </w:r>
      <w:r w:rsidRPr="00654756">
        <w:rPr>
          <w:rFonts w:ascii="Calibri" w:hAnsi="Calibri" w:cs="Calibri"/>
          <w:b/>
          <w:color w:val="auto"/>
        </w:rPr>
        <w:t>graduation publication requirement</w:t>
      </w:r>
      <w:r w:rsidRPr="00654756">
        <w:rPr>
          <w:rFonts w:ascii="Calibri" w:hAnsi="Calibri" w:cs="Calibri"/>
          <w:color w:val="auto"/>
        </w:rPr>
        <w:t xml:space="preserve"> has been fulfilled, merged into a single PDF</w:t>
      </w:r>
    </w:p>
    <w:p w14:paraId="62721331" w14:textId="77777777" w:rsidR="00131799" w:rsidRPr="00654756" w:rsidRDefault="00131799" w:rsidP="00131799">
      <w:pPr>
        <w:spacing w:after="0" w:line="240" w:lineRule="auto"/>
        <w:ind w:left="720"/>
        <w:jc w:val="both"/>
        <w:rPr>
          <w:rFonts w:ascii="Calibri" w:hAnsi="Calibri" w:cs="Calibri"/>
          <w:color w:val="auto"/>
        </w:rPr>
      </w:pPr>
    </w:p>
    <w:p w14:paraId="42F53A8A" w14:textId="5800FD63" w:rsidR="00B4263C" w:rsidRPr="00654756" w:rsidRDefault="008E7B41" w:rsidP="008B6F30">
      <w:pPr>
        <w:pStyle w:val="Note"/>
        <w:spacing w:before="0" w:after="0" w:line="240" w:lineRule="auto"/>
        <w:ind w:left="720"/>
        <w:jc w:val="both"/>
        <w:rPr>
          <w:rFonts w:ascii="Calibri" w:hAnsi="Calibri" w:cs="Calibri"/>
          <w:color w:val="auto"/>
          <w:sz w:val="22"/>
        </w:rPr>
      </w:pPr>
      <w:r w:rsidRPr="00654756">
        <w:rPr>
          <w:rFonts w:ascii="Calibri" w:hAnsi="Calibri" w:cs="Calibri"/>
          <w:color w:val="auto"/>
          <w:sz w:val="22"/>
        </w:rPr>
        <w:t>As there is a publication requirement for graduation, this must include a copy of the publication, its quartile (Q) ranking, indexing details, and official proof demonstrating whether it fulfills the graduation criteria (e.g., Submitted / Presented / Accepted for Presentation / Published / Accepted for Publication, etc.).</w:t>
      </w:r>
    </w:p>
    <w:p w14:paraId="3905B61A" w14:textId="77777777" w:rsidR="00131799" w:rsidRPr="00654756" w:rsidRDefault="00131799" w:rsidP="00131799">
      <w:pPr>
        <w:pStyle w:val="Note"/>
        <w:spacing w:before="0" w:after="0" w:line="240" w:lineRule="auto"/>
        <w:ind w:left="720"/>
        <w:jc w:val="both"/>
        <w:rPr>
          <w:rFonts w:ascii="Calibri" w:hAnsi="Calibri" w:cs="Calibri"/>
          <w:sz w:val="22"/>
        </w:rPr>
      </w:pPr>
    </w:p>
    <w:p w14:paraId="54D3A450" w14:textId="77777777" w:rsidR="00B4263C" w:rsidRPr="00654756" w:rsidRDefault="008E7B41" w:rsidP="00F651D8">
      <w:pPr>
        <w:numPr>
          <w:ilvl w:val="0"/>
          <w:numId w:val="13"/>
        </w:numPr>
        <w:spacing w:after="60"/>
        <w:ind w:left="720"/>
        <w:rPr>
          <w:rFonts w:ascii="Calibri" w:hAnsi="Calibri" w:cs="Calibri"/>
        </w:rPr>
      </w:pPr>
      <w:r w:rsidRPr="00654756">
        <w:rPr>
          <w:rFonts w:ascii="Calibri" w:hAnsi="Calibri" w:cs="Calibri"/>
          <w:b/>
        </w:rPr>
        <w:t>Copyright Permission</w:t>
      </w:r>
      <w:r w:rsidRPr="00654756">
        <w:rPr>
          <w:rFonts w:ascii="Calibri" w:hAnsi="Calibri" w:cs="Calibri"/>
        </w:rPr>
        <w:t xml:space="preserve"> </w:t>
      </w:r>
      <w:r w:rsidRPr="00654756">
        <w:rPr>
          <w:rFonts w:ascii="Calibri" w:hAnsi="Calibri" w:cs="Calibri"/>
          <w:i/>
        </w:rPr>
        <w:t>(if applicable)</w:t>
      </w:r>
    </w:p>
    <w:p w14:paraId="56536548" w14:textId="6266F4BC" w:rsidR="00B4263C" w:rsidRPr="00654756" w:rsidRDefault="008E7B41" w:rsidP="00131799">
      <w:pPr>
        <w:pStyle w:val="Note"/>
        <w:spacing w:before="0" w:after="0" w:line="240" w:lineRule="auto"/>
        <w:ind w:left="720"/>
        <w:jc w:val="both"/>
        <w:rPr>
          <w:rFonts w:ascii="Calibri" w:hAnsi="Calibri" w:cs="Calibri"/>
          <w:color w:val="auto"/>
          <w:sz w:val="22"/>
        </w:rPr>
      </w:pPr>
      <w:r w:rsidRPr="00654756">
        <w:rPr>
          <w:rFonts w:ascii="Calibri" w:hAnsi="Calibri" w:cs="Calibri"/>
          <w:color w:val="auto"/>
          <w:sz w:val="22"/>
        </w:rPr>
        <w:t>If figures used in a published article are reproduced in the thesis, copyright permission must be obtained from the publisher. If the figures were original illustrations created by the student, this must be declared in writing by the thesis advisor.</w:t>
      </w:r>
    </w:p>
    <w:p w14:paraId="22C7A8F0" w14:textId="77777777" w:rsidR="00131799" w:rsidRPr="00654756" w:rsidRDefault="00131799" w:rsidP="00131799">
      <w:pPr>
        <w:pStyle w:val="Note"/>
        <w:spacing w:before="0" w:after="0" w:line="240" w:lineRule="auto"/>
        <w:ind w:left="720"/>
        <w:rPr>
          <w:rFonts w:ascii="Calibri" w:hAnsi="Calibri" w:cs="Calibri"/>
          <w:color w:val="auto"/>
          <w:sz w:val="22"/>
        </w:rPr>
      </w:pPr>
    </w:p>
    <w:p w14:paraId="58615B4A" w14:textId="77777777" w:rsidR="00B4263C" w:rsidRPr="00654756" w:rsidRDefault="008E7B41" w:rsidP="00F651D8">
      <w:pPr>
        <w:numPr>
          <w:ilvl w:val="0"/>
          <w:numId w:val="13"/>
        </w:numPr>
        <w:spacing w:after="60"/>
        <w:ind w:left="720"/>
        <w:rPr>
          <w:rFonts w:ascii="Calibri" w:hAnsi="Calibri" w:cs="Calibri"/>
        </w:rPr>
      </w:pPr>
      <w:r w:rsidRPr="00654756">
        <w:rPr>
          <w:rFonts w:ascii="Calibri" w:hAnsi="Calibri" w:cs="Calibri"/>
          <w:b/>
        </w:rPr>
        <w:t>Thesis Restriction Petition</w:t>
      </w:r>
      <w:r w:rsidRPr="00654756">
        <w:rPr>
          <w:rFonts w:ascii="Calibri" w:hAnsi="Calibri" w:cs="Calibri"/>
        </w:rPr>
        <w:t xml:space="preserve"> </w:t>
      </w:r>
      <w:r w:rsidRPr="00654756">
        <w:rPr>
          <w:rFonts w:ascii="Calibri" w:hAnsi="Calibri" w:cs="Calibri"/>
          <w:i/>
        </w:rPr>
        <w:t>(if applicable)</w:t>
      </w:r>
    </w:p>
    <w:p w14:paraId="29F80172" w14:textId="77777777" w:rsidR="00B4263C" w:rsidRPr="00654756" w:rsidRDefault="008E7B41" w:rsidP="004130F2">
      <w:pPr>
        <w:pStyle w:val="CDLabel"/>
        <w:numPr>
          <w:ilvl w:val="0"/>
          <w:numId w:val="22"/>
        </w:numPr>
        <w:rPr>
          <w:rFonts w:ascii="Calibri" w:hAnsi="Calibri" w:cs="Calibri"/>
          <w:color w:val="auto"/>
          <w:sz w:val="24"/>
        </w:rPr>
      </w:pPr>
      <w:r w:rsidRPr="00654756">
        <w:rPr>
          <w:rFonts w:ascii="Calibri" w:hAnsi="Calibri" w:cs="Calibri"/>
          <w:color w:val="auto"/>
          <w:sz w:val="24"/>
        </w:rPr>
        <w:t>Third CD</w:t>
      </w:r>
    </w:p>
    <w:p w14:paraId="2A5C4AE8" w14:textId="77777777" w:rsidR="00B4263C" w:rsidRPr="00654756" w:rsidRDefault="008E7B41" w:rsidP="00131799">
      <w:pPr>
        <w:numPr>
          <w:ilvl w:val="0"/>
          <w:numId w:val="13"/>
        </w:numPr>
        <w:spacing w:after="0" w:line="240" w:lineRule="auto"/>
        <w:ind w:left="720"/>
        <w:jc w:val="both"/>
        <w:rPr>
          <w:rFonts w:ascii="Calibri" w:hAnsi="Calibri" w:cs="Calibri"/>
        </w:rPr>
      </w:pPr>
      <w:r w:rsidRPr="00654756">
        <w:rPr>
          <w:rFonts w:ascii="Calibri" w:hAnsi="Calibri" w:cs="Calibri"/>
        </w:rPr>
        <w:t>If the thesis defense was held online, a third CD containing the recording of the defense is required.</w:t>
      </w:r>
    </w:p>
    <w:p w14:paraId="2436DB92" w14:textId="3BFDEBA7" w:rsidR="00B4263C" w:rsidRPr="00654756" w:rsidRDefault="008E7B41" w:rsidP="00365168">
      <w:pPr>
        <w:pStyle w:val="Heading2"/>
        <w:rPr>
          <w:rFonts w:ascii="Calibri" w:hAnsi="Calibri" w:cs="Calibri"/>
          <w:color w:val="auto"/>
          <w:sz w:val="24"/>
          <w:szCs w:val="22"/>
          <w:u w:val="single"/>
        </w:rPr>
      </w:pPr>
      <w:r w:rsidRPr="00654756">
        <w:rPr>
          <w:rFonts w:ascii="Calibri" w:hAnsi="Calibri" w:cs="Calibri"/>
          <w:color w:val="auto"/>
          <w:sz w:val="24"/>
          <w:szCs w:val="22"/>
          <w:u w:val="single"/>
        </w:rPr>
        <w:t>After the Graduation Decision by the Institute Executive Board</w:t>
      </w:r>
    </w:p>
    <w:p w14:paraId="563B6CCC" w14:textId="4E3A8B2A" w:rsidR="00B4263C" w:rsidRPr="00365168" w:rsidRDefault="008E7B41" w:rsidP="00365168">
      <w:pPr>
        <w:spacing w:after="0" w:line="240" w:lineRule="auto"/>
        <w:rPr>
          <w:rFonts w:ascii="Calibri" w:hAnsi="Calibri" w:cs="Calibri"/>
          <w:b/>
        </w:rPr>
      </w:pPr>
      <w:r w:rsidRPr="00654756">
        <w:rPr>
          <w:rFonts w:ascii="Calibri" w:hAnsi="Calibri" w:cs="Calibri"/>
          <w:color w:val="auto"/>
        </w:rPr>
        <w:t xml:space="preserve">The graduation-related disenrollment process </w:t>
      </w:r>
      <w:r w:rsidR="00365168">
        <w:rPr>
          <w:rFonts w:ascii="Calibri" w:hAnsi="Calibri" w:cs="Calibri"/>
          <w:color w:val="auto"/>
        </w:rPr>
        <w:t xml:space="preserve">using </w:t>
      </w:r>
      <w:r w:rsidRPr="00654756">
        <w:rPr>
          <w:rFonts w:ascii="Calibri" w:hAnsi="Calibri" w:cs="Calibri"/>
          <w:color w:val="auto"/>
        </w:rPr>
        <w:t>the graduation application button</w:t>
      </w:r>
      <w:r w:rsidR="00365168">
        <w:rPr>
          <w:rFonts w:ascii="Calibri" w:hAnsi="Calibri" w:cs="Calibri"/>
          <w:color w:val="auto"/>
        </w:rPr>
        <w:t xml:space="preserve"> on BUIS/OBIKAS</w:t>
      </w:r>
      <w:r w:rsidRPr="00654756">
        <w:rPr>
          <w:rFonts w:ascii="Calibri" w:hAnsi="Calibri" w:cs="Calibri"/>
          <w:color w:val="auto"/>
        </w:rPr>
        <w:t xml:space="preserve"> is started online by the student</w:t>
      </w:r>
      <w:r w:rsidR="00365168">
        <w:rPr>
          <w:rFonts w:ascii="Calibri" w:hAnsi="Calibri" w:cs="Calibri"/>
          <w:color w:val="auto"/>
        </w:rPr>
        <w:t xml:space="preserve">. For details please visit: </w:t>
      </w:r>
      <w:hyperlink r:id="rId14" w:history="1">
        <w:r w:rsidR="00365168" w:rsidRPr="00680DDD">
          <w:rPr>
            <w:rStyle w:val="Hyperlink"/>
            <w:rFonts w:ascii="Calibri" w:hAnsi="Calibri" w:cs="Calibri"/>
            <w:b/>
          </w:rPr>
          <w:t>https://ogrenciler.bogazici.edu.tr/tr/pages/mezuniyet-basvurusu/7994</w:t>
        </w:r>
      </w:hyperlink>
      <w:r w:rsidRPr="00654756">
        <w:rPr>
          <w:rFonts w:ascii="Calibri" w:hAnsi="Calibri" w:cs="Calibri"/>
        </w:rPr>
        <w:br w:type="page"/>
      </w:r>
    </w:p>
    <w:p w14:paraId="40C9C120" w14:textId="0E4380AF" w:rsidR="00B4263C" w:rsidRPr="00654756" w:rsidRDefault="003002B8" w:rsidP="003002B8">
      <w:pPr>
        <w:pStyle w:val="Title"/>
        <w:jc w:val="center"/>
        <w:rPr>
          <w:rFonts w:ascii="Calibri" w:hAnsi="Calibri" w:cs="Calibri"/>
          <w:color w:val="auto"/>
          <w:sz w:val="28"/>
          <w:szCs w:val="22"/>
        </w:rPr>
      </w:pPr>
      <w:r w:rsidRPr="00654756">
        <w:rPr>
          <w:rFonts w:ascii="Calibri" w:hAnsi="Calibri" w:cs="Calibri"/>
          <w:color w:val="auto"/>
          <w:sz w:val="28"/>
          <w:szCs w:val="22"/>
        </w:rPr>
        <w:lastRenderedPageBreak/>
        <w:t>YÜKSEK LİSANS ÖĞRENCİLERİ İÇİN MEZUNİYET İŞLEMLERİ</w:t>
      </w:r>
    </w:p>
    <w:p w14:paraId="1702BB80" w14:textId="23C1F7D7" w:rsidR="00B4263C" w:rsidRPr="00654756" w:rsidRDefault="008E7B41">
      <w:pPr>
        <w:pStyle w:val="Heading2"/>
        <w:rPr>
          <w:rFonts w:ascii="Calibri" w:hAnsi="Calibri" w:cs="Calibri"/>
          <w:color w:val="auto"/>
          <w:sz w:val="24"/>
          <w:szCs w:val="22"/>
          <w:u w:val="single"/>
        </w:rPr>
      </w:pPr>
      <w:r w:rsidRPr="00654756">
        <w:rPr>
          <w:rFonts w:ascii="Calibri" w:hAnsi="Calibri" w:cs="Calibri"/>
          <w:color w:val="auto"/>
          <w:sz w:val="24"/>
          <w:szCs w:val="22"/>
          <w:u w:val="single"/>
        </w:rPr>
        <w:t xml:space="preserve">MS Tez </w:t>
      </w:r>
      <w:proofErr w:type="spellStart"/>
      <w:r w:rsidRPr="00654756">
        <w:rPr>
          <w:rFonts w:ascii="Calibri" w:hAnsi="Calibri" w:cs="Calibri"/>
          <w:color w:val="auto"/>
          <w:sz w:val="24"/>
          <w:szCs w:val="22"/>
          <w:u w:val="single"/>
        </w:rPr>
        <w:t>Savunması</w:t>
      </w:r>
      <w:proofErr w:type="spellEnd"/>
    </w:p>
    <w:p w14:paraId="5EDFCCEE" w14:textId="77777777" w:rsidR="00B4263C" w:rsidRPr="00654756" w:rsidRDefault="008E7B41" w:rsidP="003002B8">
      <w:pPr>
        <w:numPr>
          <w:ilvl w:val="0"/>
          <w:numId w:val="16"/>
        </w:numPr>
        <w:spacing w:after="0" w:line="240" w:lineRule="auto"/>
        <w:jc w:val="both"/>
        <w:rPr>
          <w:rFonts w:ascii="Calibri" w:hAnsi="Calibri" w:cs="Calibri"/>
        </w:rPr>
      </w:pPr>
      <w:r w:rsidRPr="00654756">
        <w:rPr>
          <w:rFonts w:ascii="Calibri" w:hAnsi="Calibri" w:cs="Calibri"/>
        </w:rPr>
        <w:t xml:space="preserve">Tez </w:t>
      </w:r>
      <w:proofErr w:type="spellStart"/>
      <w:r w:rsidRPr="00654756">
        <w:rPr>
          <w:rFonts w:ascii="Calibri" w:hAnsi="Calibri" w:cs="Calibri"/>
        </w:rPr>
        <w:t>savunmasından</w:t>
      </w:r>
      <w:proofErr w:type="spellEnd"/>
      <w:r w:rsidRPr="00654756">
        <w:rPr>
          <w:rFonts w:ascii="Calibri" w:hAnsi="Calibri" w:cs="Calibri"/>
        </w:rPr>
        <w:t xml:space="preserve"> </w:t>
      </w:r>
      <w:proofErr w:type="spellStart"/>
      <w:r w:rsidRPr="00654756">
        <w:rPr>
          <w:rFonts w:ascii="Calibri" w:hAnsi="Calibri" w:cs="Calibri"/>
        </w:rPr>
        <w:t>en</w:t>
      </w:r>
      <w:proofErr w:type="spellEnd"/>
      <w:r w:rsidRPr="00654756">
        <w:rPr>
          <w:rFonts w:ascii="Calibri" w:hAnsi="Calibri" w:cs="Calibri"/>
        </w:rPr>
        <w:t xml:space="preserve"> </w:t>
      </w:r>
      <w:proofErr w:type="spellStart"/>
      <w:r w:rsidRPr="00654756">
        <w:rPr>
          <w:rFonts w:ascii="Calibri" w:hAnsi="Calibri" w:cs="Calibri"/>
        </w:rPr>
        <w:t>geç</w:t>
      </w:r>
      <w:proofErr w:type="spellEnd"/>
      <w:r w:rsidRPr="00654756">
        <w:rPr>
          <w:rFonts w:ascii="Calibri" w:hAnsi="Calibri" w:cs="Calibri"/>
        </w:rPr>
        <w:t xml:space="preserve"> 1 ay </w:t>
      </w:r>
      <w:proofErr w:type="spellStart"/>
      <w:r w:rsidRPr="00654756">
        <w:rPr>
          <w:rFonts w:ascii="Calibri" w:hAnsi="Calibri" w:cs="Calibri"/>
        </w:rPr>
        <w:t>önce</w:t>
      </w:r>
      <w:proofErr w:type="spellEnd"/>
      <w:r w:rsidRPr="00654756">
        <w:rPr>
          <w:rFonts w:ascii="Calibri" w:hAnsi="Calibri" w:cs="Calibri"/>
        </w:rPr>
        <w:t xml:space="preserve">, </w:t>
      </w:r>
      <w:proofErr w:type="spellStart"/>
      <w:r w:rsidRPr="00654756">
        <w:rPr>
          <w:rFonts w:ascii="Calibri" w:hAnsi="Calibri" w:cs="Calibri"/>
        </w:rPr>
        <w:t>tez</w:t>
      </w:r>
      <w:proofErr w:type="spellEnd"/>
      <w:r w:rsidRPr="00654756">
        <w:rPr>
          <w:rFonts w:ascii="Calibri" w:hAnsi="Calibri" w:cs="Calibri"/>
        </w:rPr>
        <w:t xml:space="preserve"> </w:t>
      </w:r>
      <w:proofErr w:type="spellStart"/>
      <w:r w:rsidRPr="00654756">
        <w:rPr>
          <w:rFonts w:ascii="Calibri" w:hAnsi="Calibri" w:cs="Calibri"/>
        </w:rPr>
        <w:t>danışmanı</w:t>
      </w:r>
      <w:proofErr w:type="spellEnd"/>
      <w:r w:rsidRPr="00654756">
        <w:rPr>
          <w:rFonts w:ascii="Calibri" w:hAnsi="Calibri" w:cs="Calibri"/>
        </w:rPr>
        <w:t xml:space="preserve"> </w:t>
      </w:r>
      <w:proofErr w:type="spellStart"/>
      <w:r w:rsidRPr="00654756">
        <w:rPr>
          <w:rFonts w:ascii="Calibri" w:hAnsi="Calibri" w:cs="Calibri"/>
        </w:rPr>
        <w:t>imzalı</w:t>
      </w:r>
      <w:proofErr w:type="spellEnd"/>
      <w:r w:rsidRPr="00654756">
        <w:rPr>
          <w:rFonts w:ascii="Calibri" w:hAnsi="Calibri" w:cs="Calibri"/>
        </w:rPr>
        <w:t xml:space="preserve"> </w:t>
      </w:r>
      <w:hyperlink r:id="rId15">
        <w:proofErr w:type="spellStart"/>
        <w:r w:rsidRPr="00654756">
          <w:rPr>
            <w:rFonts w:ascii="Calibri" w:hAnsi="Calibri" w:cs="Calibri"/>
            <w:b/>
            <w:color w:val="1E4066"/>
            <w:u w:val="single"/>
          </w:rPr>
          <w:t>tez</w:t>
        </w:r>
        <w:proofErr w:type="spellEnd"/>
        <w:r w:rsidRPr="00654756">
          <w:rPr>
            <w:rFonts w:ascii="Calibri" w:hAnsi="Calibri" w:cs="Calibri"/>
            <w:b/>
            <w:color w:val="1E4066"/>
            <w:u w:val="single"/>
          </w:rPr>
          <w:t xml:space="preserve"> </w:t>
        </w:r>
        <w:proofErr w:type="spellStart"/>
        <w:r w:rsidRPr="00654756">
          <w:rPr>
            <w:rFonts w:ascii="Calibri" w:hAnsi="Calibri" w:cs="Calibri"/>
            <w:b/>
            <w:color w:val="1E4066"/>
            <w:u w:val="single"/>
          </w:rPr>
          <w:t>jüri</w:t>
        </w:r>
        <w:proofErr w:type="spellEnd"/>
        <w:r w:rsidRPr="00654756">
          <w:rPr>
            <w:rFonts w:ascii="Calibri" w:hAnsi="Calibri" w:cs="Calibri"/>
            <w:b/>
            <w:color w:val="1E4066"/>
            <w:u w:val="single"/>
          </w:rPr>
          <w:t xml:space="preserve"> </w:t>
        </w:r>
        <w:proofErr w:type="spellStart"/>
        <w:r w:rsidRPr="00654756">
          <w:rPr>
            <w:rFonts w:ascii="Calibri" w:hAnsi="Calibri" w:cs="Calibri"/>
            <w:b/>
            <w:color w:val="1E4066"/>
            <w:u w:val="single"/>
          </w:rPr>
          <w:t>öneri</w:t>
        </w:r>
        <w:proofErr w:type="spellEnd"/>
        <w:r w:rsidRPr="00654756">
          <w:rPr>
            <w:rFonts w:ascii="Calibri" w:hAnsi="Calibri" w:cs="Calibri"/>
            <w:b/>
            <w:color w:val="1E4066"/>
            <w:u w:val="single"/>
          </w:rPr>
          <w:t xml:space="preserve"> </w:t>
        </w:r>
        <w:proofErr w:type="spellStart"/>
        <w:r w:rsidRPr="00654756">
          <w:rPr>
            <w:rFonts w:ascii="Calibri" w:hAnsi="Calibri" w:cs="Calibri"/>
            <w:b/>
            <w:color w:val="1E4066"/>
            <w:u w:val="single"/>
          </w:rPr>
          <w:t>formu</w:t>
        </w:r>
        <w:proofErr w:type="spellEnd"/>
      </w:hyperlink>
      <w:r w:rsidRPr="00654756">
        <w:rPr>
          <w:rFonts w:ascii="Calibri" w:hAnsi="Calibri" w:cs="Calibri"/>
        </w:rPr>
        <w:t xml:space="preserve"> </w:t>
      </w:r>
      <w:proofErr w:type="spellStart"/>
      <w:r w:rsidRPr="00654756">
        <w:rPr>
          <w:rFonts w:ascii="Calibri" w:hAnsi="Calibri" w:cs="Calibri"/>
        </w:rPr>
        <w:t>enstitüye</w:t>
      </w:r>
      <w:proofErr w:type="spellEnd"/>
      <w:r w:rsidRPr="00654756">
        <w:rPr>
          <w:rFonts w:ascii="Calibri" w:hAnsi="Calibri" w:cs="Calibri"/>
        </w:rPr>
        <w:t xml:space="preserve"> </w:t>
      </w:r>
      <w:proofErr w:type="spellStart"/>
      <w:r w:rsidRPr="00654756">
        <w:rPr>
          <w:rFonts w:ascii="Calibri" w:hAnsi="Calibri" w:cs="Calibri"/>
        </w:rPr>
        <w:t>teslim</w:t>
      </w:r>
      <w:proofErr w:type="spellEnd"/>
      <w:r w:rsidRPr="00654756">
        <w:rPr>
          <w:rFonts w:ascii="Calibri" w:hAnsi="Calibri" w:cs="Calibri"/>
        </w:rPr>
        <w:t xml:space="preserve"> </w:t>
      </w:r>
      <w:proofErr w:type="spellStart"/>
      <w:r w:rsidRPr="00654756">
        <w:rPr>
          <w:rFonts w:ascii="Calibri" w:hAnsi="Calibri" w:cs="Calibri"/>
        </w:rPr>
        <w:t>edilir</w:t>
      </w:r>
      <w:proofErr w:type="spellEnd"/>
      <w:r w:rsidRPr="00654756">
        <w:rPr>
          <w:rFonts w:ascii="Calibri" w:hAnsi="Calibri" w:cs="Calibri"/>
        </w:rPr>
        <w:t>.</w:t>
      </w:r>
    </w:p>
    <w:p w14:paraId="4AC59F7A" w14:textId="58D3FE2B" w:rsidR="00B4263C" w:rsidRPr="00654756" w:rsidRDefault="008E7B41" w:rsidP="003002B8">
      <w:pPr>
        <w:numPr>
          <w:ilvl w:val="0"/>
          <w:numId w:val="16"/>
        </w:numPr>
        <w:spacing w:after="0" w:line="240" w:lineRule="auto"/>
        <w:jc w:val="both"/>
        <w:rPr>
          <w:rFonts w:ascii="Calibri" w:hAnsi="Calibri" w:cs="Calibri"/>
        </w:rPr>
      </w:pPr>
      <w:r w:rsidRPr="00654756">
        <w:rPr>
          <w:rFonts w:ascii="Calibri" w:hAnsi="Calibri" w:cs="Calibri"/>
        </w:rPr>
        <w:t xml:space="preserve">Tez </w:t>
      </w:r>
      <w:proofErr w:type="spellStart"/>
      <w:r w:rsidRPr="00654756">
        <w:rPr>
          <w:rFonts w:ascii="Calibri" w:hAnsi="Calibri" w:cs="Calibri"/>
        </w:rPr>
        <w:t>savunmasından</w:t>
      </w:r>
      <w:proofErr w:type="spellEnd"/>
      <w:r w:rsidRPr="00654756">
        <w:rPr>
          <w:rFonts w:ascii="Calibri" w:hAnsi="Calibri" w:cs="Calibri"/>
        </w:rPr>
        <w:t xml:space="preserve"> </w:t>
      </w:r>
      <w:proofErr w:type="spellStart"/>
      <w:r w:rsidRPr="00654756">
        <w:rPr>
          <w:rFonts w:ascii="Calibri" w:hAnsi="Calibri" w:cs="Calibri"/>
        </w:rPr>
        <w:t>en</w:t>
      </w:r>
      <w:proofErr w:type="spellEnd"/>
      <w:r w:rsidRPr="00654756">
        <w:rPr>
          <w:rFonts w:ascii="Calibri" w:hAnsi="Calibri" w:cs="Calibri"/>
        </w:rPr>
        <w:t xml:space="preserve"> </w:t>
      </w:r>
      <w:proofErr w:type="spellStart"/>
      <w:r w:rsidRPr="00654756">
        <w:rPr>
          <w:rFonts w:ascii="Calibri" w:hAnsi="Calibri" w:cs="Calibri"/>
        </w:rPr>
        <w:t>geç</w:t>
      </w:r>
      <w:proofErr w:type="spellEnd"/>
      <w:r w:rsidRPr="00654756">
        <w:rPr>
          <w:rFonts w:ascii="Calibri" w:hAnsi="Calibri" w:cs="Calibri"/>
        </w:rPr>
        <w:t xml:space="preserve"> 15 </w:t>
      </w:r>
      <w:proofErr w:type="spellStart"/>
      <w:r w:rsidRPr="00654756">
        <w:rPr>
          <w:rFonts w:ascii="Calibri" w:hAnsi="Calibri" w:cs="Calibri"/>
        </w:rPr>
        <w:t>gün</w:t>
      </w:r>
      <w:proofErr w:type="spellEnd"/>
      <w:r w:rsidRPr="00654756">
        <w:rPr>
          <w:rFonts w:ascii="Calibri" w:hAnsi="Calibri" w:cs="Calibri"/>
        </w:rPr>
        <w:t xml:space="preserve"> </w:t>
      </w:r>
      <w:proofErr w:type="spellStart"/>
      <w:r w:rsidRPr="00654756">
        <w:rPr>
          <w:rFonts w:ascii="Calibri" w:hAnsi="Calibri" w:cs="Calibri"/>
        </w:rPr>
        <w:t>önce</w:t>
      </w:r>
      <w:proofErr w:type="spellEnd"/>
      <w:r w:rsidRPr="00654756">
        <w:rPr>
          <w:rFonts w:ascii="Calibri" w:hAnsi="Calibri" w:cs="Calibri"/>
        </w:rPr>
        <w:t xml:space="preserve"> </w:t>
      </w:r>
      <w:proofErr w:type="spellStart"/>
      <w:r w:rsidRPr="00654756">
        <w:rPr>
          <w:rFonts w:ascii="Calibri" w:hAnsi="Calibri" w:cs="Calibri"/>
        </w:rPr>
        <w:t>tezin</w:t>
      </w:r>
      <w:proofErr w:type="spellEnd"/>
      <w:r w:rsidRPr="00654756">
        <w:rPr>
          <w:rFonts w:ascii="Calibri" w:hAnsi="Calibri" w:cs="Calibri"/>
        </w:rPr>
        <w:t xml:space="preserve"> </w:t>
      </w:r>
      <w:r w:rsidR="003002B8" w:rsidRPr="00654756">
        <w:rPr>
          <w:rFonts w:ascii="Calibri" w:hAnsi="Calibri" w:cs="Calibri"/>
        </w:rPr>
        <w:t>1</w:t>
      </w:r>
      <w:r w:rsidRPr="00654756">
        <w:rPr>
          <w:rFonts w:ascii="Calibri" w:hAnsi="Calibri" w:cs="Calibri"/>
        </w:rPr>
        <w:t xml:space="preserve"> (soft) </w:t>
      </w:r>
      <w:proofErr w:type="spellStart"/>
      <w:r w:rsidRPr="00654756">
        <w:rPr>
          <w:rFonts w:ascii="Calibri" w:hAnsi="Calibri" w:cs="Calibri"/>
        </w:rPr>
        <w:t>kopyası</w:t>
      </w:r>
      <w:proofErr w:type="spellEnd"/>
      <w:r w:rsidRPr="00654756">
        <w:rPr>
          <w:rFonts w:ascii="Calibri" w:hAnsi="Calibri" w:cs="Calibri"/>
        </w:rPr>
        <w:t xml:space="preserve">, </w:t>
      </w:r>
      <w:proofErr w:type="spellStart"/>
      <w:r w:rsidRPr="00654756">
        <w:rPr>
          <w:rFonts w:ascii="Calibri" w:hAnsi="Calibri" w:cs="Calibri"/>
        </w:rPr>
        <w:t>tez</w:t>
      </w:r>
      <w:proofErr w:type="spellEnd"/>
      <w:r w:rsidRPr="00654756">
        <w:rPr>
          <w:rFonts w:ascii="Calibri" w:hAnsi="Calibri" w:cs="Calibri"/>
        </w:rPr>
        <w:t xml:space="preserve"> </w:t>
      </w:r>
      <w:proofErr w:type="spellStart"/>
      <w:r w:rsidRPr="00654756">
        <w:rPr>
          <w:rFonts w:ascii="Calibri" w:hAnsi="Calibri" w:cs="Calibri"/>
        </w:rPr>
        <w:t>ürünleri</w:t>
      </w:r>
      <w:proofErr w:type="spellEnd"/>
      <w:r w:rsidRPr="00654756">
        <w:rPr>
          <w:rFonts w:ascii="Calibri" w:hAnsi="Calibri" w:cs="Calibri"/>
        </w:rPr>
        <w:t xml:space="preserve"> </w:t>
      </w:r>
      <w:proofErr w:type="spellStart"/>
      <w:r w:rsidRPr="00654756">
        <w:rPr>
          <w:rFonts w:ascii="Calibri" w:hAnsi="Calibri" w:cs="Calibri"/>
        </w:rPr>
        <w:t>ve</w:t>
      </w:r>
      <w:proofErr w:type="spellEnd"/>
      <w:r w:rsidRPr="00654756">
        <w:rPr>
          <w:rFonts w:ascii="Calibri" w:hAnsi="Calibri" w:cs="Calibri"/>
        </w:rPr>
        <w:t xml:space="preserve"> Turnitin </w:t>
      </w:r>
      <w:proofErr w:type="spellStart"/>
      <w:r w:rsidRPr="00654756">
        <w:rPr>
          <w:rFonts w:ascii="Calibri" w:hAnsi="Calibri" w:cs="Calibri"/>
        </w:rPr>
        <w:t>raporu</w:t>
      </w:r>
      <w:proofErr w:type="spellEnd"/>
      <w:r w:rsidRPr="00654756">
        <w:rPr>
          <w:rFonts w:ascii="Calibri" w:hAnsi="Calibri" w:cs="Calibri"/>
        </w:rPr>
        <w:t xml:space="preserve"> </w:t>
      </w:r>
      <w:proofErr w:type="spellStart"/>
      <w:r w:rsidRPr="00654756">
        <w:rPr>
          <w:rFonts w:ascii="Calibri" w:hAnsi="Calibri" w:cs="Calibri"/>
        </w:rPr>
        <w:t>jüri</w:t>
      </w:r>
      <w:proofErr w:type="spellEnd"/>
      <w:r w:rsidRPr="00654756">
        <w:rPr>
          <w:rFonts w:ascii="Calibri" w:hAnsi="Calibri" w:cs="Calibri"/>
        </w:rPr>
        <w:t xml:space="preserve"> </w:t>
      </w:r>
      <w:proofErr w:type="spellStart"/>
      <w:r w:rsidRPr="00654756">
        <w:rPr>
          <w:rFonts w:ascii="Calibri" w:hAnsi="Calibri" w:cs="Calibri"/>
        </w:rPr>
        <w:t>üyelerine</w:t>
      </w:r>
      <w:proofErr w:type="spellEnd"/>
      <w:r w:rsidRPr="00654756">
        <w:rPr>
          <w:rFonts w:ascii="Calibri" w:hAnsi="Calibri" w:cs="Calibri"/>
        </w:rPr>
        <w:t xml:space="preserve"> </w:t>
      </w:r>
      <w:proofErr w:type="spellStart"/>
      <w:r w:rsidRPr="00654756">
        <w:rPr>
          <w:rFonts w:ascii="Calibri" w:hAnsi="Calibri" w:cs="Calibri"/>
        </w:rPr>
        <w:t>gönderilir</w:t>
      </w:r>
      <w:proofErr w:type="spellEnd"/>
      <w:r w:rsidRPr="00654756">
        <w:rPr>
          <w:rFonts w:ascii="Calibri" w:hAnsi="Calibri" w:cs="Calibri"/>
        </w:rPr>
        <w:t>.</w:t>
      </w:r>
    </w:p>
    <w:p w14:paraId="1A83DD12" w14:textId="77777777" w:rsidR="00B4263C" w:rsidRPr="00654756" w:rsidRDefault="008E7B41" w:rsidP="003002B8">
      <w:pPr>
        <w:numPr>
          <w:ilvl w:val="0"/>
          <w:numId w:val="16"/>
        </w:numPr>
        <w:spacing w:after="0" w:line="240" w:lineRule="auto"/>
        <w:jc w:val="both"/>
        <w:rPr>
          <w:rFonts w:ascii="Calibri" w:hAnsi="Calibri" w:cs="Calibri"/>
        </w:rPr>
      </w:pPr>
      <w:r w:rsidRPr="00654756">
        <w:rPr>
          <w:rFonts w:ascii="Calibri" w:hAnsi="Calibri" w:cs="Calibri"/>
        </w:rPr>
        <w:t xml:space="preserve">Tez </w:t>
      </w:r>
      <w:proofErr w:type="spellStart"/>
      <w:r w:rsidRPr="00654756">
        <w:rPr>
          <w:rFonts w:ascii="Calibri" w:hAnsi="Calibri" w:cs="Calibri"/>
        </w:rPr>
        <w:t>savunmasından</w:t>
      </w:r>
      <w:proofErr w:type="spellEnd"/>
      <w:r w:rsidRPr="00654756">
        <w:rPr>
          <w:rFonts w:ascii="Calibri" w:hAnsi="Calibri" w:cs="Calibri"/>
        </w:rPr>
        <w:t xml:space="preserve"> </w:t>
      </w:r>
      <w:proofErr w:type="spellStart"/>
      <w:r w:rsidRPr="00654756">
        <w:rPr>
          <w:rFonts w:ascii="Calibri" w:hAnsi="Calibri" w:cs="Calibri"/>
        </w:rPr>
        <w:t>en</w:t>
      </w:r>
      <w:proofErr w:type="spellEnd"/>
      <w:r w:rsidRPr="00654756">
        <w:rPr>
          <w:rFonts w:ascii="Calibri" w:hAnsi="Calibri" w:cs="Calibri"/>
        </w:rPr>
        <w:t xml:space="preserve"> </w:t>
      </w:r>
      <w:proofErr w:type="spellStart"/>
      <w:r w:rsidRPr="00654756">
        <w:rPr>
          <w:rFonts w:ascii="Calibri" w:hAnsi="Calibri" w:cs="Calibri"/>
        </w:rPr>
        <w:t>geç</w:t>
      </w:r>
      <w:proofErr w:type="spellEnd"/>
      <w:r w:rsidRPr="00654756">
        <w:rPr>
          <w:rFonts w:ascii="Calibri" w:hAnsi="Calibri" w:cs="Calibri"/>
        </w:rPr>
        <w:t xml:space="preserve"> 15 </w:t>
      </w:r>
      <w:proofErr w:type="spellStart"/>
      <w:r w:rsidRPr="00654756">
        <w:rPr>
          <w:rFonts w:ascii="Calibri" w:hAnsi="Calibri" w:cs="Calibri"/>
        </w:rPr>
        <w:t>gün</w:t>
      </w:r>
      <w:proofErr w:type="spellEnd"/>
      <w:r w:rsidRPr="00654756">
        <w:rPr>
          <w:rFonts w:ascii="Calibri" w:hAnsi="Calibri" w:cs="Calibri"/>
        </w:rPr>
        <w:t xml:space="preserve"> </w:t>
      </w:r>
      <w:proofErr w:type="spellStart"/>
      <w:r w:rsidRPr="00654756">
        <w:rPr>
          <w:rFonts w:ascii="Calibri" w:hAnsi="Calibri" w:cs="Calibri"/>
        </w:rPr>
        <w:t>önce</w:t>
      </w:r>
      <w:proofErr w:type="spellEnd"/>
      <w:r w:rsidRPr="00654756">
        <w:rPr>
          <w:rFonts w:ascii="Calibri" w:hAnsi="Calibri" w:cs="Calibri"/>
        </w:rPr>
        <w:t xml:space="preserve">, </w:t>
      </w:r>
      <w:proofErr w:type="spellStart"/>
      <w:r w:rsidRPr="00654756">
        <w:rPr>
          <w:rFonts w:ascii="Calibri" w:hAnsi="Calibri" w:cs="Calibri"/>
        </w:rPr>
        <w:t>jüri</w:t>
      </w:r>
      <w:proofErr w:type="spellEnd"/>
      <w:r w:rsidRPr="00654756">
        <w:rPr>
          <w:rFonts w:ascii="Calibri" w:hAnsi="Calibri" w:cs="Calibri"/>
        </w:rPr>
        <w:t xml:space="preserve"> </w:t>
      </w:r>
      <w:proofErr w:type="spellStart"/>
      <w:r w:rsidRPr="00654756">
        <w:rPr>
          <w:rFonts w:ascii="Calibri" w:hAnsi="Calibri" w:cs="Calibri"/>
        </w:rPr>
        <w:t>üyeleri</w:t>
      </w:r>
      <w:proofErr w:type="spellEnd"/>
      <w:r w:rsidRPr="00654756">
        <w:rPr>
          <w:rFonts w:ascii="Calibri" w:hAnsi="Calibri" w:cs="Calibri"/>
        </w:rPr>
        <w:t xml:space="preserve"> </w:t>
      </w:r>
      <w:proofErr w:type="spellStart"/>
      <w:r w:rsidRPr="00654756">
        <w:rPr>
          <w:rFonts w:ascii="Calibri" w:hAnsi="Calibri" w:cs="Calibri"/>
        </w:rPr>
        <w:t>ve</w:t>
      </w:r>
      <w:proofErr w:type="spellEnd"/>
      <w:r w:rsidRPr="00654756">
        <w:rPr>
          <w:rFonts w:ascii="Calibri" w:hAnsi="Calibri" w:cs="Calibri"/>
        </w:rPr>
        <w:t xml:space="preserve"> </w:t>
      </w:r>
      <w:proofErr w:type="spellStart"/>
      <w:r w:rsidRPr="00654756">
        <w:rPr>
          <w:rFonts w:ascii="Calibri" w:hAnsi="Calibri" w:cs="Calibri"/>
        </w:rPr>
        <w:t>tez</w:t>
      </w:r>
      <w:proofErr w:type="spellEnd"/>
      <w:r w:rsidRPr="00654756">
        <w:rPr>
          <w:rFonts w:ascii="Calibri" w:hAnsi="Calibri" w:cs="Calibri"/>
        </w:rPr>
        <w:t xml:space="preserve"> </w:t>
      </w:r>
      <w:proofErr w:type="spellStart"/>
      <w:r w:rsidRPr="00654756">
        <w:rPr>
          <w:rFonts w:ascii="Calibri" w:hAnsi="Calibri" w:cs="Calibri"/>
        </w:rPr>
        <w:t>danışmanı</w:t>
      </w:r>
      <w:proofErr w:type="spellEnd"/>
      <w:r w:rsidRPr="00654756">
        <w:rPr>
          <w:rFonts w:ascii="Calibri" w:hAnsi="Calibri" w:cs="Calibri"/>
        </w:rPr>
        <w:t xml:space="preserve"> </w:t>
      </w:r>
      <w:proofErr w:type="spellStart"/>
      <w:r w:rsidRPr="00654756">
        <w:rPr>
          <w:rFonts w:ascii="Calibri" w:hAnsi="Calibri" w:cs="Calibri"/>
        </w:rPr>
        <w:t>tarafından</w:t>
      </w:r>
      <w:proofErr w:type="spellEnd"/>
      <w:r w:rsidRPr="00654756">
        <w:rPr>
          <w:rFonts w:ascii="Calibri" w:hAnsi="Calibri" w:cs="Calibri"/>
        </w:rPr>
        <w:t xml:space="preserve"> </w:t>
      </w:r>
      <w:proofErr w:type="spellStart"/>
      <w:r w:rsidRPr="00654756">
        <w:rPr>
          <w:rFonts w:ascii="Calibri" w:hAnsi="Calibri" w:cs="Calibri"/>
        </w:rPr>
        <w:t>kararlaştırılan</w:t>
      </w:r>
      <w:proofErr w:type="spellEnd"/>
      <w:r w:rsidRPr="00654756">
        <w:rPr>
          <w:rFonts w:ascii="Calibri" w:hAnsi="Calibri" w:cs="Calibri"/>
        </w:rPr>
        <w:t xml:space="preserve"> </w:t>
      </w:r>
      <w:proofErr w:type="spellStart"/>
      <w:r w:rsidRPr="00654756">
        <w:rPr>
          <w:rFonts w:ascii="Calibri" w:hAnsi="Calibri" w:cs="Calibri"/>
        </w:rPr>
        <w:t>tez</w:t>
      </w:r>
      <w:proofErr w:type="spellEnd"/>
      <w:r w:rsidRPr="00654756">
        <w:rPr>
          <w:rFonts w:ascii="Calibri" w:hAnsi="Calibri" w:cs="Calibri"/>
        </w:rPr>
        <w:t xml:space="preserve"> </w:t>
      </w:r>
      <w:proofErr w:type="spellStart"/>
      <w:r w:rsidRPr="00654756">
        <w:rPr>
          <w:rFonts w:ascii="Calibri" w:hAnsi="Calibri" w:cs="Calibri"/>
        </w:rPr>
        <w:t>savunma</w:t>
      </w:r>
      <w:proofErr w:type="spellEnd"/>
      <w:r w:rsidRPr="00654756">
        <w:rPr>
          <w:rFonts w:ascii="Calibri" w:hAnsi="Calibri" w:cs="Calibri"/>
        </w:rPr>
        <w:t xml:space="preserve"> </w:t>
      </w:r>
      <w:proofErr w:type="spellStart"/>
      <w:r w:rsidRPr="00654756">
        <w:rPr>
          <w:rFonts w:ascii="Calibri" w:hAnsi="Calibri" w:cs="Calibri"/>
        </w:rPr>
        <w:t>tarihi</w:t>
      </w:r>
      <w:proofErr w:type="spellEnd"/>
      <w:r w:rsidRPr="00654756">
        <w:rPr>
          <w:rFonts w:ascii="Calibri" w:hAnsi="Calibri" w:cs="Calibri"/>
        </w:rPr>
        <w:t xml:space="preserve"> </w:t>
      </w:r>
      <w:proofErr w:type="spellStart"/>
      <w:r w:rsidRPr="00654756">
        <w:rPr>
          <w:rFonts w:ascii="Calibri" w:hAnsi="Calibri" w:cs="Calibri"/>
        </w:rPr>
        <w:t>enstitüye</w:t>
      </w:r>
      <w:proofErr w:type="spellEnd"/>
      <w:r w:rsidRPr="00654756">
        <w:rPr>
          <w:rFonts w:ascii="Calibri" w:hAnsi="Calibri" w:cs="Calibri"/>
        </w:rPr>
        <w:t xml:space="preserve"> </w:t>
      </w:r>
      <w:proofErr w:type="spellStart"/>
      <w:r w:rsidRPr="00654756">
        <w:rPr>
          <w:rFonts w:ascii="Calibri" w:hAnsi="Calibri" w:cs="Calibri"/>
        </w:rPr>
        <w:t>bildirilir</w:t>
      </w:r>
      <w:proofErr w:type="spellEnd"/>
      <w:r w:rsidRPr="00654756">
        <w:rPr>
          <w:rFonts w:ascii="Calibri" w:hAnsi="Calibri" w:cs="Calibri"/>
        </w:rPr>
        <w:t xml:space="preserve"> </w:t>
      </w:r>
      <w:proofErr w:type="spellStart"/>
      <w:r w:rsidRPr="00654756">
        <w:rPr>
          <w:rFonts w:ascii="Calibri" w:hAnsi="Calibri" w:cs="Calibri"/>
        </w:rPr>
        <w:t>ve</w:t>
      </w:r>
      <w:proofErr w:type="spellEnd"/>
      <w:r w:rsidRPr="00654756">
        <w:rPr>
          <w:rFonts w:ascii="Calibri" w:hAnsi="Calibri" w:cs="Calibri"/>
        </w:rPr>
        <w:t xml:space="preserve"> </w:t>
      </w:r>
      <w:proofErr w:type="spellStart"/>
      <w:r w:rsidRPr="00654756">
        <w:rPr>
          <w:rFonts w:ascii="Calibri" w:hAnsi="Calibri" w:cs="Calibri"/>
        </w:rPr>
        <w:t>enstitü</w:t>
      </w:r>
      <w:proofErr w:type="spellEnd"/>
      <w:r w:rsidRPr="00654756">
        <w:rPr>
          <w:rFonts w:ascii="Calibri" w:hAnsi="Calibri" w:cs="Calibri"/>
        </w:rPr>
        <w:t xml:space="preserve"> web </w:t>
      </w:r>
      <w:proofErr w:type="spellStart"/>
      <w:r w:rsidRPr="00654756">
        <w:rPr>
          <w:rFonts w:ascii="Calibri" w:hAnsi="Calibri" w:cs="Calibri"/>
        </w:rPr>
        <w:t>sayfasında</w:t>
      </w:r>
      <w:proofErr w:type="spellEnd"/>
      <w:r w:rsidRPr="00654756">
        <w:rPr>
          <w:rFonts w:ascii="Calibri" w:hAnsi="Calibri" w:cs="Calibri"/>
        </w:rPr>
        <w:t xml:space="preserve"> </w:t>
      </w:r>
      <w:proofErr w:type="spellStart"/>
      <w:r w:rsidRPr="00654756">
        <w:rPr>
          <w:rFonts w:ascii="Calibri" w:hAnsi="Calibri" w:cs="Calibri"/>
        </w:rPr>
        <w:t>ilan</w:t>
      </w:r>
      <w:proofErr w:type="spellEnd"/>
      <w:r w:rsidRPr="00654756">
        <w:rPr>
          <w:rFonts w:ascii="Calibri" w:hAnsi="Calibri" w:cs="Calibri"/>
        </w:rPr>
        <w:t xml:space="preserve"> </w:t>
      </w:r>
      <w:proofErr w:type="spellStart"/>
      <w:r w:rsidRPr="00654756">
        <w:rPr>
          <w:rFonts w:ascii="Calibri" w:hAnsi="Calibri" w:cs="Calibri"/>
        </w:rPr>
        <w:t>edilir</w:t>
      </w:r>
      <w:proofErr w:type="spellEnd"/>
      <w:r w:rsidRPr="00654756">
        <w:rPr>
          <w:rFonts w:ascii="Calibri" w:hAnsi="Calibri" w:cs="Calibri"/>
        </w:rPr>
        <w:t>.</w:t>
      </w:r>
    </w:p>
    <w:p w14:paraId="4FC4B588" w14:textId="77777777" w:rsidR="00B4263C" w:rsidRPr="00654756" w:rsidRDefault="008E7B41" w:rsidP="003002B8">
      <w:pPr>
        <w:numPr>
          <w:ilvl w:val="0"/>
          <w:numId w:val="16"/>
        </w:numPr>
        <w:spacing w:after="0" w:line="240" w:lineRule="auto"/>
        <w:jc w:val="both"/>
        <w:rPr>
          <w:rFonts w:ascii="Calibri" w:hAnsi="Calibri" w:cs="Calibri"/>
        </w:rPr>
      </w:pPr>
      <w:r w:rsidRPr="00654756">
        <w:rPr>
          <w:rFonts w:ascii="Calibri" w:hAnsi="Calibri" w:cs="Calibri"/>
          <w:b/>
        </w:rPr>
        <w:t xml:space="preserve">Tez </w:t>
      </w:r>
      <w:proofErr w:type="spellStart"/>
      <w:r w:rsidRPr="00654756">
        <w:rPr>
          <w:rFonts w:ascii="Calibri" w:hAnsi="Calibri" w:cs="Calibri"/>
          <w:b/>
        </w:rPr>
        <w:t>savunma</w:t>
      </w:r>
      <w:proofErr w:type="spellEnd"/>
      <w:r w:rsidRPr="00654756">
        <w:rPr>
          <w:rFonts w:ascii="Calibri" w:hAnsi="Calibri" w:cs="Calibri"/>
          <w:b/>
        </w:rPr>
        <w:t xml:space="preserve"> </w:t>
      </w:r>
      <w:proofErr w:type="spellStart"/>
      <w:r w:rsidRPr="00654756">
        <w:rPr>
          <w:rFonts w:ascii="Calibri" w:hAnsi="Calibri" w:cs="Calibri"/>
          <w:b/>
        </w:rPr>
        <w:t>tutanağı</w:t>
      </w:r>
      <w:proofErr w:type="spellEnd"/>
      <w:r w:rsidRPr="00654756">
        <w:rPr>
          <w:rFonts w:ascii="Calibri" w:hAnsi="Calibri" w:cs="Calibri"/>
          <w:b/>
        </w:rPr>
        <w:t xml:space="preserve"> 3 </w:t>
      </w:r>
      <w:proofErr w:type="spellStart"/>
      <w:r w:rsidRPr="00654756">
        <w:rPr>
          <w:rFonts w:ascii="Calibri" w:hAnsi="Calibri" w:cs="Calibri"/>
          <w:b/>
        </w:rPr>
        <w:t>gün</w:t>
      </w:r>
      <w:proofErr w:type="spellEnd"/>
      <w:r w:rsidRPr="00654756">
        <w:rPr>
          <w:rFonts w:ascii="Calibri" w:hAnsi="Calibri" w:cs="Calibri"/>
          <w:b/>
        </w:rPr>
        <w:t xml:space="preserve"> </w:t>
      </w:r>
      <w:proofErr w:type="spellStart"/>
      <w:r w:rsidRPr="00654756">
        <w:rPr>
          <w:rFonts w:ascii="Calibri" w:hAnsi="Calibri" w:cs="Calibri"/>
          <w:b/>
        </w:rPr>
        <w:t>içinde</w:t>
      </w:r>
      <w:proofErr w:type="spellEnd"/>
      <w:r w:rsidRPr="00654756">
        <w:rPr>
          <w:rFonts w:ascii="Calibri" w:hAnsi="Calibri" w:cs="Calibri"/>
          <w:b/>
        </w:rPr>
        <w:t xml:space="preserve"> </w:t>
      </w:r>
      <w:proofErr w:type="spellStart"/>
      <w:r w:rsidRPr="00654756">
        <w:rPr>
          <w:rFonts w:ascii="Calibri" w:hAnsi="Calibri" w:cs="Calibri"/>
          <w:b/>
        </w:rPr>
        <w:t>enstitüye</w:t>
      </w:r>
      <w:proofErr w:type="spellEnd"/>
      <w:r w:rsidRPr="00654756">
        <w:rPr>
          <w:rFonts w:ascii="Calibri" w:hAnsi="Calibri" w:cs="Calibri"/>
          <w:b/>
        </w:rPr>
        <w:t xml:space="preserve"> </w:t>
      </w:r>
      <w:proofErr w:type="spellStart"/>
      <w:r w:rsidRPr="00654756">
        <w:rPr>
          <w:rFonts w:ascii="Calibri" w:hAnsi="Calibri" w:cs="Calibri"/>
          <w:b/>
        </w:rPr>
        <w:t>gönderilir</w:t>
      </w:r>
      <w:proofErr w:type="spellEnd"/>
      <w:r w:rsidRPr="00654756">
        <w:rPr>
          <w:rFonts w:ascii="Calibri" w:hAnsi="Calibri" w:cs="Calibri"/>
          <w:b/>
        </w:rPr>
        <w:t>.</w:t>
      </w:r>
    </w:p>
    <w:p w14:paraId="487512E0" w14:textId="716907D0" w:rsidR="00B4263C" w:rsidRPr="00654756" w:rsidRDefault="008E7B41">
      <w:pPr>
        <w:pStyle w:val="Heading2"/>
        <w:rPr>
          <w:rFonts w:ascii="Calibri" w:hAnsi="Calibri" w:cs="Calibri"/>
          <w:color w:val="auto"/>
          <w:sz w:val="24"/>
          <w:szCs w:val="22"/>
          <w:u w:val="single"/>
        </w:rPr>
      </w:pPr>
      <w:r w:rsidRPr="00654756">
        <w:rPr>
          <w:rFonts w:ascii="Calibri" w:hAnsi="Calibri" w:cs="Calibri"/>
          <w:color w:val="auto"/>
          <w:sz w:val="24"/>
          <w:szCs w:val="22"/>
          <w:u w:val="single"/>
        </w:rPr>
        <w:t>Tez Biçim Denetimi Aşaması</w:t>
      </w:r>
      <w:r w:rsidR="00672349">
        <w:rPr>
          <w:rFonts w:ascii="Calibri" w:hAnsi="Calibri" w:cs="Calibri"/>
          <w:color w:val="auto"/>
          <w:sz w:val="24"/>
          <w:szCs w:val="22"/>
          <w:u w:val="single"/>
        </w:rPr>
        <w:t xml:space="preserve"> </w:t>
      </w:r>
      <w:proofErr w:type="spellStart"/>
      <w:r w:rsidR="00672349">
        <w:rPr>
          <w:rFonts w:ascii="Calibri" w:hAnsi="Calibri" w:cs="Calibri"/>
          <w:color w:val="auto"/>
          <w:sz w:val="24"/>
          <w:szCs w:val="22"/>
          <w:u w:val="single"/>
        </w:rPr>
        <w:t>ve</w:t>
      </w:r>
      <w:proofErr w:type="spellEnd"/>
      <w:r w:rsidR="00672349">
        <w:rPr>
          <w:rFonts w:ascii="Calibri" w:hAnsi="Calibri" w:cs="Calibri"/>
          <w:color w:val="auto"/>
          <w:sz w:val="24"/>
          <w:szCs w:val="22"/>
          <w:u w:val="single"/>
        </w:rPr>
        <w:t xml:space="preserve"> Asgari </w:t>
      </w:r>
      <w:proofErr w:type="spellStart"/>
      <w:r w:rsidR="00672349">
        <w:rPr>
          <w:rFonts w:ascii="Calibri" w:hAnsi="Calibri" w:cs="Calibri"/>
          <w:color w:val="auto"/>
          <w:sz w:val="24"/>
          <w:szCs w:val="22"/>
          <w:u w:val="single"/>
        </w:rPr>
        <w:t>Yayın</w:t>
      </w:r>
      <w:proofErr w:type="spellEnd"/>
      <w:r w:rsidR="00672349">
        <w:rPr>
          <w:rFonts w:ascii="Calibri" w:hAnsi="Calibri" w:cs="Calibri"/>
          <w:color w:val="auto"/>
          <w:sz w:val="24"/>
          <w:szCs w:val="22"/>
          <w:u w:val="single"/>
        </w:rPr>
        <w:t xml:space="preserve"> </w:t>
      </w:r>
      <w:proofErr w:type="spellStart"/>
      <w:r w:rsidR="00672349">
        <w:rPr>
          <w:rFonts w:ascii="Calibri" w:hAnsi="Calibri" w:cs="Calibri"/>
          <w:color w:val="auto"/>
          <w:sz w:val="24"/>
          <w:szCs w:val="22"/>
          <w:u w:val="single"/>
        </w:rPr>
        <w:t>Şartı</w:t>
      </w:r>
      <w:proofErr w:type="spellEnd"/>
      <w:r w:rsidR="00672349">
        <w:rPr>
          <w:rFonts w:ascii="Calibri" w:hAnsi="Calibri" w:cs="Calibri"/>
          <w:color w:val="auto"/>
          <w:sz w:val="24"/>
          <w:szCs w:val="22"/>
          <w:u w:val="single"/>
        </w:rPr>
        <w:t xml:space="preserve"> </w:t>
      </w:r>
      <w:proofErr w:type="spellStart"/>
      <w:r w:rsidR="00672349">
        <w:rPr>
          <w:rFonts w:ascii="Calibri" w:hAnsi="Calibri" w:cs="Calibri"/>
          <w:color w:val="auto"/>
          <w:sz w:val="24"/>
          <w:szCs w:val="22"/>
          <w:u w:val="single"/>
        </w:rPr>
        <w:t>Kontrolü</w:t>
      </w:r>
      <w:proofErr w:type="spellEnd"/>
    </w:p>
    <w:p w14:paraId="4E61E780" w14:textId="04C87DC2" w:rsidR="00B4263C" w:rsidRDefault="008E7B41" w:rsidP="003002B8">
      <w:pPr>
        <w:numPr>
          <w:ilvl w:val="0"/>
          <w:numId w:val="17"/>
        </w:numPr>
        <w:spacing w:after="0" w:line="240" w:lineRule="auto"/>
        <w:rPr>
          <w:rFonts w:ascii="Calibri" w:hAnsi="Calibri" w:cs="Calibri"/>
          <w:color w:val="auto"/>
        </w:rPr>
      </w:pPr>
      <w:proofErr w:type="spellStart"/>
      <w:r w:rsidRPr="00654756">
        <w:rPr>
          <w:rFonts w:ascii="Calibri" w:hAnsi="Calibri" w:cs="Calibri"/>
        </w:rPr>
        <w:t>Başarılı</w:t>
      </w:r>
      <w:proofErr w:type="spellEnd"/>
      <w:r w:rsidRPr="00654756">
        <w:rPr>
          <w:rFonts w:ascii="Calibri" w:hAnsi="Calibri" w:cs="Calibri"/>
        </w:rPr>
        <w:t xml:space="preserve"> </w:t>
      </w:r>
      <w:proofErr w:type="spellStart"/>
      <w:r w:rsidRPr="00654756">
        <w:rPr>
          <w:rFonts w:ascii="Calibri" w:hAnsi="Calibri" w:cs="Calibri"/>
        </w:rPr>
        <w:t>tez</w:t>
      </w:r>
      <w:proofErr w:type="spellEnd"/>
      <w:r w:rsidRPr="00654756">
        <w:rPr>
          <w:rFonts w:ascii="Calibri" w:hAnsi="Calibri" w:cs="Calibri"/>
        </w:rPr>
        <w:t xml:space="preserve"> </w:t>
      </w:r>
      <w:proofErr w:type="spellStart"/>
      <w:r w:rsidRPr="00654756">
        <w:rPr>
          <w:rFonts w:ascii="Calibri" w:hAnsi="Calibri" w:cs="Calibri"/>
        </w:rPr>
        <w:t>savunmasının</w:t>
      </w:r>
      <w:proofErr w:type="spellEnd"/>
      <w:r w:rsidRPr="00654756">
        <w:rPr>
          <w:rFonts w:ascii="Calibri" w:hAnsi="Calibri" w:cs="Calibri"/>
        </w:rPr>
        <w:t xml:space="preserve"> </w:t>
      </w:r>
      <w:proofErr w:type="spellStart"/>
      <w:r w:rsidRPr="00654756">
        <w:rPr>
          <w:rFonts w:ascii="Calibri" w:hAnsi="Calibri" w:cs="Calibri"/>
        </w:rPr>
        <w:t>ardından</w:t>
      </w:r>
      <w:proofErr w:type="spellEnd"/>
      <w:r w:rsidRPr="00654756">
        <w:rPr>
          <w:rFonts w:ascii="Calibri" w:hAnsi="Calibri" w:cs="Calibri"/>
        </w:rPr>
        <w:t xml:space="preserve"> </w:t>
      </w:r>
      <w:proofErr w:type="spellStart"/>
      <w:r w:rsidRPr="00654756">
        <w:rPr>
          <w:rFonts w:ascii="Calibri" w:hAnsi="Calibri" w:cs="Calibri"/>
        </w:rPr>
        <w:t>çevrimiçi</w:t>
      </w:r>
      <w:proofErr w:type="spellEnd"/>
      <w:r w:rsidRPr="00654756">
        <w:rPr>
          <w:rFonts w:ascii="Calibri" w:hAnsi="Calibri" w:cs="Calibri"/>
        </w:rPr>
        <w:t xml:space="preserve"> </w:t>
      </w:r>
      <w:proofErr w:type="spellStart"/>
      <w:r w:rsidRPr="00654756">
        <w:rPr>
          <w:rFonts w:ascii="Calibri" w:hAnsi="Calibri" w:cs="Calibri"/>
        </w:rPr>
        <w:t>bir</w:t>
      </w:r>
      <w:proofErr w:type="spellEnd"/>
      <w:r w:rsidRPr="00654756">
        <w:rPr>
          <w:rFonts w:ascii="Calibri" w:hAnsi="Calibri" w:cs="Calibri"/>
        </w:rPr>
        <w:t xml:space="preserve"> </w:t>
      </w:r>
      <w:proofErr w:type="spellStart"/>
      <w:r w:rsidRPr="00654756">
        <w:rPr>
          <w:rFonts w:ascii="Calibri" w:hAnsi="Calibri" w:cs="Calibri"/>
        </w:rPr>
        <w:t>biçim</w:t>
      </w:r>
      <w:proofErr w:type="spellEnd"/>
      <w:r w:rsidRPr="00654756">
        <w:rPr>
          <w:rFonts w:ascii="Calibri" w:hAnsi="Calibri" w:cs="Calibri"/>
        </w:rPr>
        <w:t xml:space="preserve"> </w:t>
      </w:r>
      <w:proofErr w:type="spellStart"/>
      <w:r w:rsidRPr="00654756">
        <w:rPr>
          <w:rFonts w:ascii="Calibri" w:hAnsi="Calibri" w:cs="Calibri"/>
        </w:rPr>
        <w:t>denetimi</w:t>
      </w:r>
      <w:proofErr w:type="spellEnd"/>
      <w:r w:rsidRPr="00654756">
        <w:rPr>
          <w:rFonts w:ascii="Calibri" w:hAnsi="Calibri" w:cs="Calibri"/>
        </w:rPr>
        <w:t xml:space="preserve"> </w:t>
      </w:r>
      <w:proofErr w:type="spellStart"/>
      <w:r w:rsidRPr="00654756">
        <w:rPr>
          <w:rFonts w:ascii="Calibri" w:hAnsi="Calibri" w:cs="Calibri"/>
        </w:rPr>
        <w:t>aşaması</w:t>
      </w:r>
      <w:proofErr w:type="spellEnd"/>
      <w:r w:rsidRPr="00654756">
        <w:rPr>
          <w:rFonts w:ascii="Calibri" w:hAnsi="Calibri" w:cs="Calibri"/>
        </w:rPr>
        <w:t xml:space="preserve"> </w:t>
      </w:r>
      <w:proofErr w:type="spellStart"/>
      <w:r w:rsidRPr="00654756">
        <w:rPr>
          <w:rFonts w:ascii="Calibri" w:hAnsi="Calibri" w:cs="Calibri"/>
        </w:rPr>
        <w:t>başlar</w:t>
      </w:r>
      <w:proofErr w:type="spellEnd"/>
      <w:r w:rsidRPr="00654756">
        <w:rPr>
          <w:rFonts w:ascii="Calibri" w:hAnsi="Calibri" w:cs="Calibri"/>
        </w:rPr>
        <w:t xml:space="preserve">. </w:t>
      </w:r>
      <w:proofErr w:type="spellStart"/>
      <w:r w:rsidRPr="00654756">
        <w:rPr>
          <w:rFonts w:ascii="Calibri" w:hAnsi="Calibri" w:cs="Calibri"/>
        </w:rPr>
        <w:t>Tezi</w:t>
      </w:r>
      <w:proofErr w:type="spellEnd"/>
      <w:r w:rsidRPr="00654756">
        <w:rPr>
          <w:rFonts w:ascii="Calibri" w:hAnsi="Calibri" w:cs="Calibri"/>
        </w:rPr>
        <w:t xml:space="preserve">, </w:t>
      </w:r>
      <w:r w:rsidRPr="00654756">
        <w:rPr>
          <w:rFonts w:ascii="Calibri" w:hAnsi="Calibri" w:cs="Calibri"/>
          <w:b/>
        </w:rPr>
        <w:t>“Thesis Writing Rules and Guidelines”</w:t>
      </w:r>
      <w:r w:rsidR="00250B0E" w:rsidRPr="00654756">
        <w:rPr>
          <w:rFonts w:ascii="Calibri" w:hAnsi="Calibri" w:cs="Calibri"/>
        </w:rPr>
        <w:t xml:space="preserve"> </w:t>
      </w:r>
      <w:r w:rsidRPr="00654756">
        <w:rPr>
          <w:rFonts w:ascii="Calibri" w:hAnsi="Calibri" w:cs="Calibri"/>
          <w:b/>
        </w:rPr>
        <w:t>(</w:t>
      </w:r>
      <w:hyperlink r:id="rId16">
        <w:r w:rsidRPr="00654756">
          <w:rPr>
            <w:rFonts w:ascii="Calibri" w:hAnsi="Calibri" w:cs="Calibri"/>
            <w:b/>
            <w:color w:val="1E4066"/>
            <w:u w:val="single"/>
          </w:rPr>
          <w:t>https://mediastore.cc.bogazici.edu.tr/web/userfiles/files/THESIS_TITLE__1.pdf</w:t>
        </w:r>
      </w:hyperlink>
      <w:r w:rsidRPr="00654756">
        <w:rPr>
          <w:rFonts w:ascii="Calibri" w:hAnsi="Calibri" w:cs="Calibri"/>
          <w:b/>
        </w:rPr>
        <w:t>)</w:t>
      </w:r>
      <w:r w:rsidRPr="00654756">
        <w:rPr>
          <w:rFonts w:ascii="Calibri" w:hAnsi="Calibri" w:cs="Calibri"/>
        </w:rPr>
        <w:t xml:space="preserve"> </w:t>
      </w:r>
      <w:proofErr w:type="spellStart"/>
      <w:r w:rsidRPr="00654756">
        <w:rPr>
          <w:rFonts w:ascii="Calibri" w:hAnsi="Calibri" w:cs="Calibri"/>
        </w:rPr>
        <w:t>dokümanında</w:t>
      </w:r>
      <w:proofErr w:type="spellEnd"/>
      <w:r w:rsidRPr="00654756">
        <w:rPr>
          <w:rFonts w:ascii="Calibri" w:hAnsi="Calibri" w:cs="Calibri"/>
        </w:rPr>
        <w:t xml:space="preserve"> </w:t>
      </w:r>
      <w:proofErr w:type="spellStart"/>
      <w:r w:rsidRPr="00654756">
        <w:rPr>
          <w:rFonts w:ascii="Calibri" w:hAnsi="Calibri" w:cs="Calibri"/>
        </w:rPr>
        <w:t>belirtilen</w:t>
      </w:r>
      <w:proofErr w:type="spellEnd"/>
      <w:r w:rsidRPr="00654756">
        <w:rPr>
          <w:rFonts w:ascii="Calibri" w:hAnsi="Calibri" w:cs="Calibri"/>
        </w:rPr>
        <w:t xml:space="preserve"> </w:t>
      </w:r>
      <w:proofErr w:type="spellStart"/>
      <w:r w:rsidRPr="00654756">
        <w:rPr>
          <w:rFonts w:ascii="Calibri" w:hAnsi="Calibri" w:cs="Calibri"/>
        </w:rPr>
        <w:t>tez</w:t>
      </w:r>
      <w:proofErr w:type="spellEnd"/>
      <w:r w:rsidRPr="00654756">
        <w:rPr>
          <w:rFonts w:ascii="Calibri" w:hAnsi="Calibri" w:cs="Calibri"/>
        </w:rPr>
        <w:t xml:space="preserve"> </w:t>
      </w:r>
      <w:proofErr w:type="spellStart"/>
      <w:r w:rsidRPr="00654756">
        <w:rPr>
          <w:rFonts w:ascii="Calibri" w:hAnsi="Calibri" w:cs="Calibri"/>
        </w:rPr>
        <w:t>yazım</w:t>
      </w:r>
      <w:proofErr w:type="spellEnd"/>
      <w:r w:rsidRPr="00654756">
        <w:rPr>
          <w:rFonts w:ascii="Calibri" w:hAnsi="Calibri" w:cs="Calibri"/>
        </w:rPr>
        <w:t xml:space="preserve"> </w:t>
      </w:r>
      <w:proofErr w:type="spellStart"/>
      <w:r w:rsidRPr="00654756">
        <w:rPr>
          <w:rFonts w:ascii="Calibri" w:hAnsi="Calibri" w:cs="Calibri"/>
        </w:rPr>
        <w:t>esaslarına</w:t>
      </w:r>
      <w:proofErr w:type="spellEnd"/>
      <w:r w:rsidRPr="00654756">
        <w:rPr>
          <w:rFonts w:ascii="Calibri" w:hAnsi="Calibri" w:cs="Calibri"/>
        </w:rPr>
        <w:t xml:space="preserve"> </w:t>
      </w:r>
      <w:proofErr w:type="spellStart"/>
      <w:r w:rsidRPr="00654756">
        <w:rPr>
          <w:rFonts w:ascii="Calibri" w:hAnsi="Calibri" w:cs="Calibri"/>
        </w:rPr>
        <w:t>uygun</w:t>
      </w:r>
      <w:proofErr w:type="spellEnd"/>
      <w:r w:rsidRPr="00654756">
        <w:rPr>
          <w:rFonts w:ascii="Calibri" w:hAnsi="Calibri" w:cs="Calibri"/>
        </w:rPr>
        <w:t xml:space="preserve"> </w:t>
      </w:r>
      <w:proofErr w:type="spellStart"/>
      <w:r w:rsidRPr="00654756">
        <w:rPr>
          <w:rFonts w:ascii="Calibri" w:hAnsi="Calibri" w:cs="Calibri"/>
        </w:rPr>
        <w:t>olarak</w:t>
      </w:r>
      <w:proofErr w:type="spellEnd"/>
      <w:r w:rsidRPr="00654756">
        <w:rPr>
          <w:rFonts w:ascii="Calibri" w:hAnsi="Calibri" w:cs="Calibri"/>
        </w:rPr>
        <w:t xml:space="preserve"> </w:t>
      </w:r>
      <w:proofErr w:type="spellStart"/>
      <w:r w:rsidRPr="00654756">
        <w:rPr>
          <w:rFonts w:ascii="Calibri" w:hAnsi="Calibri" w:cs="Calibri"/>
        </w:rPr>
        <w:t>düzenleyiniz</w:t>
      </w:r>
      <w:proofErr w:type="spellEnd"/>
      <w:r w:rsidRPr="00654756">
        <w:rPr>
          <w:rFonts w:ascii="Calibri" w:hAnsi="Calibri" w:cs="Calibri"/>
        </w:rPr>
        <w:t xml:space="preserve"> </w:t>
      </w:r>
      <w:proofErr w:type="spellStart"/>
      <w:r w:rsidRPr="00654756">
        <w:rPr>
          <w:rFonts w:ascii="Calibri" w:hAnsi="Calibri" w:cs="Calibri"/>
        </w:rPr>
        <w:t>ve</w:t>
      </w:r>
      <w:proofErr w:type="spellEnd"/>
      <w:r w:rsidRPr="00654756">
        <w:rPr>
          <w:rFonts w:ascii="Calibri" w:hAnsi="Calibri" w:cs="Calibri"/>
        </w:rPr>
        <w:t xml:space="preserve"> .pdf </w:t>
      </w:r>
      <w:proofErr w:type="spellStart"/>
      <w:r w:rsidRPr="00654756">
        <w:rPr>
          <w:rFonts w:ascii="Calibri" w:hAnsi="Calibri" w:cs="Calibri"/>
        </w:rPr>
        <w:t>formatında</w:t>
      </w:r>
      <w:proofErr w:type="spellEnd"/>
      <w:r w:rsidR="00250B0E" w:rsidRPr="00654756">
        <w:rPr>
          <w:rFonts w:ascii="Calibri" w:hAnsi="Calibri" w:cs="Calibri"/>
        </w:rPr>
        <w:t xml:space="preserve"> </w:t>
      </w:r>
      <w:hyperlink r:id="rId17" w:history="1">
        <w:r w:rsidR="00250B0E" w:rsidRPr="00654756">
          <w:rPr>
            <w:rStyle w:val="Hyperlink"/>
            <w:rFonts w:ascii="Calibri" w:hAnsi="Calibri" w:cs="Calibri"/>
            <w:b/>
          </w:rPr>
          <w:t>dsai.thesis@bogazici.edu.tr</w:t>
        </w:r>
      </w:hyperlink>
      <w:r w:rsidRPr="00654756">
        <w:rPr>
          <w:rFonts w:ascii="Calibri" w:hAnsi="Calibri" w:cs="Calibri"/>
        </w:rPr>
        <w:t xml:space="preserve"> </w:t>
      </w:r>
      <w:proofErr w:type="spellStart"/>
      <w:r w:rsidRPr="00654756">
        <w:rPr>
          <w:rFonts w:ascii="Calibri" w:hAnsi="Calibri" w:cs="Calibri"/>
        </w:rPr>
        <w:t>adresine</w:t>
      </w:r>
      <w:proofErr w:type="spellEnd"/>
      <w:r w:rsidRPr="00654756">
        <w:rPr>
          <w:rFonts w:ascii="Calibri" w:hAnsi="Calibri" w:cs="Calibri"/>
        </w:rPr>
        <w:t xml:space="preserve"> </w:t>
      </w:r>
      <w:proofErr w:type="spellStart"/>
      <w:r w:rsidRPr="00654756">
        <w:rPr>
          <w:rFonts w:ascii="Calibri" w:hAnsi="Calibri" w:cs="Calibri"/>
        </w:rPr>
        <w:t>gönderiniz</w:t>
      </w:r>
      <w:proofErr w:type="spellEnd"/>
      <w:r w:rsidRPr="00654756">
        <w:rPr>
          <w:rFonts w:ascii="Calibri" w:hAnsi="Calibri" w:cs="Calibri"/>
        </w:rPr>
        <w:t xml:space="preserve">. </w:t>
      </w:r>
      <w:proofErr w:type="spellStart"/>
      <w:r w:rsidRPr="00654756">
        <w:rPr>
          <w:rFonts w:ascii="Calibri" w:hAnsi="Calibri" w:cs="Calibri"/>
        </w:rPr>
        <w:t>Düzeltilmesi</w:t>
      </w:r>
      <w:proofErr w:type="spellEnd"/>
      <w:r w:rsidRPr="00654756">
        <w:rPr>
          <w:rFonts w:ascii="Calibri" w:hAnsi="Calibri" w:cs="Calibri"/>
        </w:rPr>
        <w:t xml:space="preserve"> </w:t>
      </w:r>
      <w:proofErr w:type="spellStart"/>
      <w:r w:rsidRPr="00654756">
        <w:rPr>
          <w:rFonts w:ascii="Calibri" w:hAnsi="Calibri" w:cs="Calibri"/>
        </w:rPr>
        <w:t>gereken</w:t>
      </w:r>
      <w:proofErr w:type="spellEnd"/>
      <w:r w:rsidRPr="00654756">
        <w:rPr>
          <w:rFonts w:ascii="Calibri" w:hAnsi="Calibri" w:cs="Calibri"/>
        </w:rPr>
        <w:t xml:space="preserve"> </w:t>
      </w:r>
      <w:proofErr w:type="spellStart"/>
      <w:r w:rsidRPr="00654756">
        <w:rPr>
          <w:rFonts w:ascii="Calibri" w:hAnsi="Calibri" w:cs="Calibri"/>
        </w:rPr>
        <w:t>hususlar</w:t>
      </w:r>
      <w:proofErr w:type="spellEnd"/>
      <w:r w:rsidRPr="00654756">
        <w:rPr>
          <w:rFonts w:ascii="Calibri" w:hAnsi="Calibri" w:cs="Calibri"/>
        </w:rPr>
        <w:t xml:space="preserve"> </w:t>
      </w:r>
      <w:proofErr w:type="spellStart"/>
      <w:r w:rsidRPr="00654756">
        <w:rPr>
          <w:rFonts w:ascii="Calibri" w:hAnsi="Calibri" w:cs="Calibri"/>
        </w:rPr>
        <w:t>varsa</w:t>
      </w:r>
      <w:proofErr w:type="spellEnd"/>
      <w:r w:rsidRPr="00654756">
        <w:rPr>
          <w:rFonts w:ascii="Calibri" w:hAnsi="Calibri" w:cs="Calibri"/>
        </w:rPr>
        <w:t xml:space="preserve"> </w:t>
      </w:r>
      <w:proofErr w:type="spellStart"/>
      <w:r w:rsidRPr="00654756">
        <w:rPr>
          <w:rFonts w:ascii="Calibri" w:hAnsi="Calibri" w:cs="Calibri"/>
        </w:rPr>
        <w:t>öğrenciye</w:t>
      </w:r>
      <w:proofErr w:type="spellEnd"/>
      <w:r w:rsidRPr="00654756">
        <w:rPr>
          <w:rFonts w:ascii="Calibri" w:hAnsi="Calibri" w:cs="Calibri"/>
        </w:rPr>
        <w:t xml:space="preserve"> </w:t>
      </w:r>
      <w:proofErr w:type="spellStart"/>
      <w:r w:rsidRPr="00654756">
        <w:rPr>
          <w:rFonts w:ascii="Calibri" w:hAnsi="Calibri" w:cs="Calibri"/>
        </w:rPr>
        <w:t>bilgi</w:t>
      </w:r>
      <w:proofErr w:type="spellEnd"/>
      <w:r w:rsidRPr="00654756">
        <w:rPr>
          <w:rFonts w:ascii="Calibri" w:hAnsi="Calibri" w:cs="Calibri"/>
        </w:rPr>
        <w:t xml:space="preserve"> </w:t>
      </w:r>
      <w:proofErr w:type="spellStart"/>
      <w:r w:rsidRPr="00654756">
        <w:rPr>
          <w:rFonts w:ascii="Calibri" w:hAnsi="Calibri" w:cs="Calibri"/>
        </w:rPr>
        <w:t>verilir</w:t>
      </w:r>
      <w:proofErr w:type="spellEnd"/>
      <w:r w:rsidRPr="00654756">
        <w:rPr>
          <w:rFonts w:ascii="Calibri" w:hAnsi="Calibri" w:cs="Calibri"/>
        </w:rPr>
        <w:t xml:space="preserve"> </w:t>
      </w:r>
      <w:proofErr w:type="spellStart"/>
      <w:r w:rsidRPr="00654756">
        <w:rPr>
          <w:rFonts w:ascii="Calibri" w:hAnsi="Calibri" w:cs="Calibri"/>
        </w:rPr>
        <w:t>ve</w:t>
      </w:r>
      <w:proofErr w:type="spellEnd"/>
      <w:r w:rsidRPr="00654756">
        <w:rPr>
          <w:rFonts w:ascii="Calibri" w:hAnsi="Calibri" w:cs="Calibri"/>
        </w:rPr>
        <w:t xml:space="preserve"> </w:t>
      </w:r>
      <w:proofErr w:type="spellStart"/>
      <w:r w:rsidRPr="00654756">
        <w:rPr>
          <w:rFonts w:ascii="Calibri" w:hAnsi="Calibri" w:cs="Calibri"/>
          <w:color w:val="auto"/>
        </w:rPr>
        <w:t>düzeltilmiş</w:t>
      </w:r>
      <w:proofErr w:type="spellEnd"/>
      <w:r w:rsidRPr="00654756">
        <w:rPr>
          <w:rFonts w:ascii="Calibri" w:hAnsi="Calibri" w:cs="Calibri"/>
          <w:color w:val="auto"/>
        </w:rPr>
        <w:t xml:space="preserve"> </w:t>
      </w:r>
      <w:proofErr w:type="spellStart"/>
      <w:r w:rsidRPr="00654756">
        <w:rPr>
          <w:rFonts w:ascii="Calibri" w:hAnsi="Calibri" w:cs="Calibri"/>
          <w:color w:val="auto"/>
        </w:rPr>
        <w:t>sürümün</w:t>
      </w:r>
      <w:proofErr w:type="spellEnd"/>
      <w:r w:rsidRPr="00654756">
        <w:rPr>
          <w:rFonts w:ascii="Calibri" w:hAnsi="Calibri" w:cs="Calibri"/>
          <w:color w:val="auto"/>
        </w:rPr>
        <w:t xml:space="preserve"> </w:t>
      </w:r>
      <w:proofErr w:type="spellStart"/>
      <w:r w:rsidRPr="00654756">
        <w:rPr>
          <w:rFonts w:ascii="Calibri" w:hAnsi="Calibri" w:cs="Calibri"/>
          <w:color w:val="auto"/>
        </w:rPr>
        <w:t>yeniden</w:t>
      </w:r>
      <w:proofErr w:type="spellEnd"/>
      <w:r w:rsidRPr="00654756">
        <w:rPr>
          <w:rFonts w:ascii="Calibri" w:hAnsi="Calibri" w:cs="Calibri"/>
          <w:color w:val="auto"/>
        </w:rPr>
        <w:t xml:space="preserve"> </w:t>
      </w:r>
      <w:proofErr w:type="spellStart"/>
      <w:r w:rsidRPr="00654756">
        <w:rPr>
          <w:rFonts w:ascii="Calibri" w:hAnsi="Calibri" w:cs="Calibri"/>
          <w:color w:val="auto"/>
        </w:rPr>
        <w:t>gönderilmesi</w:t>
      </w:r>
      <w:proofErr w:type="spellEnd"/>
      <w:r w:rsidRPr="00654756">
        <w:rPr>
          <w:rFonts w:ascii="Calibri" w:hAnsi="Calibri" w:cs="Calibri"/>
          <w:color w:val="auto"/>
        </w:rPr>
        <w:t xml:space="preserve"> </w:t>
      </w:r>
      <w:proofErr w:type="spellStart"/>
      <w:r w:rsidRPr="00654756">
        <w:rPr>
          <w:rFonts w:ascii="Calibri" w:hAnsi="Calibri" w:cs="Calibri"/>
          <w:color w:val="auto"/>
        </w:rPr>
        <w:t>beklenir</w:t>
      </w:r>
      <w:proofErr w:type="spellEnd"/>
      <w:r w:rsidRPr="00654756">
        <w:rPr>
          <w:rFonts w:ascii="Calibri" w:hAnsi="Calibri" w:cs="Calibri"/>
          <w:color w:val="auto"/>
        </w:rPr>
        <w:t>.</w:t>
      </w:r>
    </w:p>
    <w:p w14:paraId="67AF2DD2" w14:textId="600ACF01" w:rsidR="00B2288E" w:rsidRPr="00654756" w:rsidRDefault="00B2288E" w:rsidP="003002B8">
      <w:pPr>
        <w:numPr>
          <w:ilvl w:val="0"/>
          <w:numId w:val="17"/>
        </w:numPr>
        <w:spacing w:after="0" w:line="240" w:lineRule="auto"/>
        <w:rPr>
          <w:rFonts w:ascii="Calibri" w:hAnsi="Calibri" w:cs="Calibri"/>
          <w:color w:val="auto"/>
        </w:rPr>
      </w:pPr>
      <w:proofErr w:type="spellStart"/>
      <w:r w:rsidRPr="00B2288E">
        <w:rPr>
          <w:rFonts w:ascii="Calibri" w:hAnsi="Calibri" w:cs="Calibri"/>
          <w:color w:val="auto"/>
        </w:rPr>
        <w:t>Mezuniyet</w:t>
      </w:r>
      <w:proofErr w:type="spellEnd"/>
      <w:r w:rsidRPr="00B2288E">
        <w:rPr>
          <w:rFonts w:ascii="Calibri" w:hAnsi="Calibri" w:cs="Calibri"/>
          <w:color w:val="auto"/>
        </w:rPr>
        <w:t xml:space="preserve"> </w:t>
      </w:r>
      <w:proofErr w:type="spellStart"/>
      <w:r w:rsidRPr="00B2288E">
        <w:rPr>
          <w:rFonts w:ascii="Calibri" w:hAnsi="Calibri" w:cs="Calibri"/>
          <w:color w:val="auto"/>
        </w:rPr>
        <w:t>için</w:t>
      </w:r>
      <w:proofErr w:type="spellEnd"/>
      <w:r w:rsidRPr="00B2288E">
        <w:rPr>
          <w:rFonts w:ascii="Calibri" w:hAnsi="Calibri" w:cs="Calibri"/>
          <w:color w:val="auto"/>
        </w:rPr>
        <w:t xml:space="preserve"> </w:t>
      </w:r>
      <w:proofErr w:type="spellStart"/>
      <w:r w:rsidRPr="00B2288E">
        <w:rPr>
          <w:rFonts w:ascii="Calibri" w:hAnsi="Calibri" w:cs="Calibri"/>
          <w:color w:val="auto"/>
        </w:rPr>
        <w:t>yayın</w:t>
      </w:r>
      <w:proofErr w:type="spellEnd"/>
      <w:r w:rsidRPr="00B2288E">
        <w:rPr>
          <w:rFonts w:ascii="Calibri" w:hAnsi="Calibri" w:cs="Calibri"/>
          <w:color w:val="auto"/>
        </w:rPr>
        <w:t xml:space="preserve"> </w:t>
      </w:r>
      <w:proofErr w:type="spellStart"/>
      <w:r w:rsidRPr="00B2288E">
        <w:rPr>
          <w:rFonts w:ascii="Calibri" w:hAnsi="Calibri" w:cs="Calibri"/>
          <w:color w:val="auto"/>
        </w:rPr>
        <w:t>koşulunun</w:t>
      </w:r>
      <w:proofErr w:type="spellEnd"/>
      <w:r w:rsidRPr="00B2288E">
        <w:rPr>
          <w:rFonts w:ascii="Calibri" w:hAnsi="Calibri" w:cs="Calibri"/>
          <w:color w:val="auto"/>
        </w:rPr>
        <w:t xml:space="preserve"> </w:t>
      </w:r>
      <w:proofErr w:type="spellStart"/>
      <w:r w:rsidRPr="00B2288E">
        <w:rPr>
          <w:rFonts w:ascii="Calibri" w:hAnsi="Calibri" w:cs="Calibri"/>
          <w:color w:val="auto"/>
        </w:rPr>
        <w:t>sağlandığını</w:t>
      </w:r>
      <w:proofErr w:type="spellEnd"/>
      <w:r w:rsidRPr="00B2288E">
        <w:rPr>
          <w:rFonts w:ascii="Calibri" w:hAnsi="Calibri" w:cs="Calibri"/>
          <w:color w:val="auto"/>
        </w:rPr>
        <w:t xml:space="preserve"> </w:t>
      </w:r>
      <w:proofErr w:type="spellStart"/>
      <w:r w:rsidRPr="00B2288E">
        <w:rPr>
          <w:rFonts w:ascii="Calibri" w:hAnsi="Calibri" w:cs="Calibri"/>
          <w:color w:val="auto"/>
        </w:rPr>
        <w:t>ispat</w:t>
      </w:r>
      <w:proofErr w:type="spellEnd"/>
      <w:r w:rsidRPr="00B2288E">
        <w:rPr>
          <w:rFonts w:ascii="Calibri" w:hAnsi="Calibri" w:cs="Calibri"/>
          <w:color w:val="auto"/>
        </w:rPr>
        <w:t xml:space="preserve"> </w:t>
      </w:r>
      <w:proofErr w:type="spellStart"/>
      <w:r w:rsidRPr="00B2288E">
        <w:rPr>
          <w:rFonts w:ascii="Calibri" w:hAnsi="Calibri" w:cs="Calibri"/>
          <w:color w:val="auto"/>
        </w:rPr>
        <w:t>eden</w:t>
      </w:r>
      <w:proofErr w:type="spellEnd"/>
      <w:r w:rsidRPr="00B2288E">
        <w:rPr>
          <w:rFonts w:ascii="Calibri" w:hAnsi="Calibri" w:cs="Calibri"/>
          <w:color w:val="auto"/>
        </w:rPr>
        <w:t xml:space="preserve"> </w:t>
      </w:r>
      <w:proofErr w:type="spellStart"/>
      <w:r w:rsidRPr="00B2288E">
        <w:rPr>
          <w:rFonts w:ascii="Calibri" w:hAnsi="Calibri" w:cs="Calibri"/>
          <w:color w:val="auto"/>
        </w:rPr>
        <w:t>doküman</w:t>
      </w:r>
      <w:proofErr w:type="spellEnd"/>
      <w:r w:rsidRPr="00B2288E">
        <w:rPr>
          <w:rFonts w:ascii="Calibri" w:hAnsi="Calibri" w:cs="Calibri"/>
          <w:color w:val="auto"/>
        </w:rPr>
        <w:t xml:space="preserve">(lar), </w:t>
      </w:r>
      <w:proofErr w:type="spellStart"/>
      <w:r w:rsidRPr="00B2288E">
        <w:rPr>
          <w:rFonts w:ascii="Calibri" w:hAnsi="Calibri" w:cs="Calibri"/>
          <w:color w:val="auto"/>
        </w:rPr>
        <w:t>birlestirilmiş</w:t>
      </w:r>
      <w:proofErr w:type="spellEnd"/>
      <w:r w:rsidRPr="00B2288E">
        <w:rPr>
          <w:rFonts w:ascii="Calibri" w:hAnsi="Calibri" w:cs="Calibri"/>
          <w:color w:val="auto"/>
        </w:rPr>
        <w:t xml:space="preserve"> PDF </w:t>
      </w:r>
      <w:proofErr w:type="spellStart"/>
      <w:r w:rsidRPr="00B2288E">
        <w:rPr>
          <w:rFonts w:ascii="Calibri" w:hAnsi="Calibri" w:cs="Calibri"/>
          <w:color w:val="auto"/>
        </w:rPr>
        <w:t>olarak</w:t>
      </w:r>
      <w:proofErr w:type="spellEnd"/>
      <w:r w:rsidRPr="00B2288E">
        <w:rPr>
          <w:rFonts w:ascii="Calibri" w:hAnsi="Calibri" w:cs="Calibri"/>
          <w:color w:val="auto"/>
        </w:rPr>
        <w:t xml:space="preserve"> dsai.thesis@bogazici.edu.tr </w:t>
      </w:r>
      <w:proofErr w:type="spellStart"/>
      <w:r w:rsidRPr="00B2288E">
        <w:rPr>
          <w:rFonts w:ascii="Calibri" w:hAnsi="Calibri" w:cs="Calibri"/>
          <w:color w:val="auto"/>
        </w:rPr>
        <w:t>adresine</w:t>
      </w:r>
      <w:proofErr w:type="spellEnd"/>
      <w:r w:rsidRPr="00B2288E">
        <w:rPr>
          <w:rFonts w:ascii="Calibri" w:hAnsi="Calibri" w:cs="Calibri"/>
          <w:color w:val="auto"/>
        </w:rPr>
        <w:t xml:space="preserve"> </w:t>
      </w:r>
      <w:proofErr w:type="spellStart"/>
      <w:r w:rsidRPr="00B2288E">
        <w:rPr>
          <w:rFonts w:ascii="Calibri" w:hAnsi="Calibri" w:cs="Calibri"/>
          <w:color w:val="auto"/>
        </w:rPr>
        <w:t>inceleme</w:t>
      </w:r>
      <w:proofErr w:type="spellEnd"/>
      <w:r w:rsidRPr="00B2288E">
        <w:rPr>
          <w:rFonts w:ascii="Calibri" w:hAnsi="Calibri" w:cs="Calibri"/>
          <w:color w:val="auto"/>
        </w:rPr>
        <w:t xml:space="preserve"> </w:t>
      </w:r>
      <w:proofErr w:type="spellStart"/>
      <w:r w:rsidRPr="00B2288E">
        <w:rPr>
          <w:rFonts w:ascii="Calibri" w:hAnsi="Calibri" w:cs="Calibri"/>
          <w:color w:val="auto"/>
        </w:rPr>
        <w:t>için</w:t>
      </w:r>
      <w:proofErr w:type="spellEnd"/>
      <w:r w:rsidRPr="00B2288E">
        <w:rPr>
          <w:rFonts w:ascii="Calibri" w:hAnsi="Calibri" w:cs="Calibri"/>
          <w:color w:val="auto"/>
        </w:rPr>
        <w:t xml:space="preserve"> </w:t>
      </w:r>
      <w:proofErr w:type="spellStart"/>
      <w:r w:rsidRPr="00B2288E">
        <w:rPr>
          <w:rFonts w:ascii="Calibri" w:hAnsi="Calibri" w:cs="Calibri"/>
          <w:color w:val="auto"/>
        </w:rPr>
        <w:t>gönderilir</w:t>
      </w:r>
      <w:proofErr w:type="spellEnd"/>
      <w:r w:rsidRPr="00B2288E">
        <w:rPr>
          <w:rFonts w:ascii="Calibri" w:hAnsi="Calibri" w:cs="Calibri"/>
          <w:color w:val="auto"/>
        </w:rPr>
        <w:t>. (</w:t>
      </w:r>
      <w:proofErr w:type="spellStart"/>
      <w:r w:rsidRPr="00B2288E">
        <w:rPr>
          <w:rFonts w:ascii="Calibri" w:hAnsi="Calibri" w:cs="Calibri"/>
          <w:color w:val="auto"/>
        </w:rPr>
        <w:t>Mezunivet</w:t>
      </w:r>
      <w:proofErr w:type="spellEnd"/>
      <w:r w:rsidRPr="00B2288E">
        <w:rPr>
          <w:rFonts w:ascii="Calibri" w:hAnsi="Calibri" w:cs="Calibri"/>
          <w:color w:val="auto"/>
        </w:rPr>
        <w:t xml:space="preserve"> </w:t>
      </w:r>
      <w:proofErr w:type="spellStart"/>
      <w:r w:rsidRPr="00B2288E">
        <w:rPr>
          <w:rFonts w:ascii="Calibri" w:hAnsi="Calibri" w:cs="Calibri"/>
          <w:color w:val="auto"/>
        </w:rPr>
        <w:t>için</w:t>
      </w:r>
      <w:proofErr w:type="spellEnd"/>
      <w:r w:rsidRPr="00B2288E">
        <w:rPr>
          <w:rFonts w:ascii="Calibri" w:hAnsi="Calibri" w:cs="Calibri"/>
          <w:color w:val="auto"/>
        </w:rPr>
        <w:t xml:space="preserve"> </w:t>
      </w:r>
      <w:proofErr w:type="spellStart"/>
      <w:r w:rsidRPr="00B2288E">
        <w:rPr>
          <w:rFonts w:ascii="Calibri" w:hAnsi="Calibri" w:cs="Calibri"/>
          <w:color w:val="auto"/>
        </w:rPr>
        <w:t>yayın</w:t>
      </w:r>
      <w:proofErr w:type="spellEnd"/>
      <w:r w:rsidRPr="00B2288E">
        <w:rPr>
          <w:rFonts w:ascii="Calibri" w:hAnsi="Calibri" w:cs="Calibri"/>
          <w:color w:val="auto"/>
        </w:rPr>
        <w:t xml:space="preserve"> </w:t>
      </w:r>
      <w:proofErr w:type="spellStart"/>
      <w:r w:rsidRPr="00B2288E">
        <w:rPr>
          <w:rFonts w:ascii="Calibri" w:hAnsi="Calibri" w:cs="Calibri"/>
          <w:color w:val="auto"/>
        </w:rPr>
        <w:t>kosulu</w:t>
      </w:r>
      <w:proofErr w:type="spellEnd"/>
      <w:r w:rsidRPr="00B2288E">
        <w:rPr>
          <w:rFonts w:ascii="Calibri" w:hAnsi="Calibri" w:cs="Calibri"/>
          <w:color w:val="auto"/>
        </w:rPr>
        <w:t xml:space="preserve"> </w:t>
      </w:r>
      <w:proofErr w:type="spellStart"/>
      <w:r w:rsidRPr="00B2288E">
        <w:rPr>
          <w:rFonts w:ascii="Calibri" w:hAnsi="Calibri" w:cs="Calibri"/>
          <w:color w:val="auto"/>
        </w:rPr>
        <w:t>bulunduğundan</w:t>
      </w:r>
      <w:proofErr w:type="spellEnd"/>
      <w:r w:rsidRPr="00B2288E">
        <w:rPr>
          <w:rFonts w:ascii="Calibri" w:hAnsi="Calibri" w:cs="Calibri"/>
          <w:color w:val="auto"/>
        </w:rPr>
        <w:t xml:space="preserve">; </w:t>
      </w:r>
      <w:proofErr w:type="spellStart"/>
      <w:r w:rsidRPr="00B2288E">
        <w:rPr>
          <w:rFonts w:ascii="Calibri" w:hAnsi="Calibri" w:cs="Calibri"/>
          <w:color w:val="auto"/>
        </w:rPr>
        <w:t>yayının</w:t>
      </w:r>
      <w:proofErr w:type="spellEnd"/>
      <w:r w:rsidRPr="00B2288E">
        <w:rPr>
          <w:rFonts w:ascii="Calibri" w:hAnsi="Calibri" w:cs="Calibri"/>
          <w:color w:val="auto"/>
        </w:rPr>
        <w:t xml:space="preserve"> </w:t>
      </w:r>
      <w:proofErr w:type="spellStart"/>
      <w:r w:rsidRPr="00B2288E">
        <w:rPr>
          <w:rFonts w:ascii="Calibri" w:hAnsi="Calibri" w:cs="Calibri"/>
          <w:color w:val="auto"/>
        </w:rPr>
        <w:t>çıktısı</w:t>
      </w:r>
      <w:proofErr w:type="spellEnd"/>
      <w:r w:rsidRPr="00B2288E">
        <w:rPr>
          <w:rFonts w:ascii="Calibri" w:hAnsi="Calibri" w:cs="Calibri"/>
          <w:color w:val="auto"/>
        </w:rPr>
        <w:t xml:space="preserve">, quartile </w:t>
      </w:r>
      <w:proofErr w:type="spellStart"/>
      <w:r w:rsidRPr="00B2288E">
        <w:rPr>
          <w:rFonts w:ascii="Calibri" w:hAnsi="Calibri" w:cs="Calibri"/>
          <w:color w:val="auto"/>
        </w:rPr>
        <w:t>değeri</w:t>
      </w:r>
      <w:proofErr w:type="spellEnd"/>
      <w:r w:rsidRPr="00B2288E">
        <w:rPr>
          <w:rFonts w:ascii="Calibri" w:hAnsi="Calibri" w:cs="Calibri"/>
          <w:color w:val="auto"/>
        </w:rPr>
        <w:t xml:space="preserve">, </w:t>
      </w:r>
      <w:proofErr w:type="spellStart"/>
      <w:r w:rsidRPr="00B2288E">
        <w:rPr>
          <w:rFonts w:ascii="Calibri" w:hAnsi="Calibri" w:cs="Calibri"/>
          <w:color w:val="auto"/>
        </w:rPr>
        <w:t>indeksi</w:t>
      </w:r>
      <w:proofErr w:type="spellEnd"/>
      <w:r w:rsidRPr="00B2288E">
        <w:rPr>
          <w:rFonts w:ascii="Calibri" w:hAnsi="Calibri" w:cs="Calibri"/>
          <w:color w:val="auto"/>
        </w:rPr>
        <w:t xml:space="preserve"> </w:t>
      </w:r>
      <w:proofErr w:type="spellStart"/>
      <w:r w:rsidRPr="00B2288E">
        <w:rPr>
          <w:rFonts w:ascii="Calibri" w:hAnsi="Calibri" w:cs="Calibri"/>
          <w:color w:val="auto"/>
        </w:rPr>
        <w:t>ve</w:t>
      </w:r>
      <w:proofErr w:type="spellEnd"/>
      <w:r w:rsidRPr="00B2288E">
        <w:rPr>
          <w:rFonts w:ascii="Calibri" w:hAnsi="Calibri" w:cs="Calibri"/>
          <w:color w:val="auto"/>
        </w:rPr>
        <w:t xml:space="preserve"> </w:t>
      </w:r>
      <w:proofErr w:type="spellStart"/>
      <w:r w:rsidRPr="00B2288E">
        <w:rPr>
          <w:rFonts w:ascii="Calibri" w:hAnsi="Calibri" w:cs="Calibri"/>
          <w:color w:val="auto"/>
        </w:rPr>
        <w:t>yayının</w:t>
      </w:r>
      <w:proofErr w:type="spellEnd"/>
      <w:r w:rsidRPr="00B2288E">
        <w:rPr>
          <w:rFonts w:ascii="Calibri" w:hAnsi="Calibri" w:cs="Calibri"/>
          <w:color w:val="auto"/>
        </w:rPr>
        <w:t xml:space="preserve"> </w:t>
      </w:r>
      <w:proofErr w:type="spellStart"/>
      <w:r w:rsidRPr="00B2288E">
        <w:rPr>
          <w:rFonts w:ascii="Calibri" w:hAnsi="Calibri" w:cs="Calibri"/>
          <w:color w:val="auto"/>
        </w:rPr>
        <w:t>mezuniyet</w:t>
      </w:r>
      <w:proofErr w:type="spellEnd"/>
      <w:r w:rsidRPr="00B2288E">
        <w:rPr>
          <w:rFonts w:ascii="Calibri" w:hAnsi="Calibri" w:cs="Calibri"/>
          <w:color w:val="auto"/>
        </w:rPr>
        <w:t xml:space="preserve"> </w:t>
      </w:r>
      <w:proofErr w:type="spellStart"/>
      <w:r w:rsidRPr="00B2288E">
        <w:rPr>
          <w:rFonts w:ascii="Calibri" w:hAnsi="Calibri" w:cs="Calibri"/>
          <w:color w:val="auto"/>
        </w:rPr>
        <w:t>sartını</w:t>
      </w:r>
      <w:proofErr w:type="spellEnd"/>
      <w:r w:rsidRPr="00B2288E">
        <w:rPr>
          <w:rFonts w:ascii="Calibri" w:hAnsi="Calibri" w:cs="Calibri"/>
          <w:color w:val="auto"/>
        </w:rPr>
        <w:t xml:space="preserve"> </w:t>
      </w:r>
      <w:proofErr w:type="spellStart"/>
      <w:r w:rsidRPr="00B2288E">
        <w:rPr>
          <w:rFonts w:ascii="Calibri" w:hAnsi="Calibri" w:cs="Calibri"/>
          <w:color w:val="auto"/>
        </w:rPr>
        <w:t>karşılayın</w:t>
      </w:r>
      <w:proofErr w:type="spellEnd"/>
      <w:r w:rsidRPr="00B2288E">
        <w:rPr>
          <w:rFonts w:ascii="Calibri" w:hAnsi="Calibri" w:cs="Calibri"/>
          <w:color w:val="auto"/>
        </w:rPr>
        <w:t xml:space="preserve"> </w:t>
      </w:r>
      <w:proofErr w:type="spellStart"/>
      <w:r w:rsidRPr="00B2288E">
        <w:rPr>
          <w:rFonts w:ascii="Calibri" w:hAnsi="Calibri" w:cs="Calibri"/>
          <w:color w:val="auto"/>
        </w:rPr>
        <w:t>karşılamadığını</w:t>
      </w:r>
      <w:proofErr w:type="spellEnd"/>
      <w:r w:rsidRPr="00B2288E">
        <w:rPr>
          <w:rFonts w:ascii="Calibri" w:hAnsi="Calibri" w:cs="Calibri"/>
          <w:color w:val="auto"/>
        </w:rPr>
        <w:t xml:space="preserve"> (</w:t>
      </w:r>
      <w:proofErr w:type="spellStart"/>
      <w:r w:rsidRPr="00B2288E">
        <w:rPr>
          <w:rFonts w:ascii="Calibri" w:hAnsi="Calibri" w:cs="Calibri"/>
          <w:color w:val="auto"/>
        </w:rPr>
        <w:t>gönderilmiş</w:t>
      </w:r>
      <w:proofErr w:type="spellEnd"/>
      <w:r w:rsidRPr="00B2288E">
        <w:rPr>
          <w:rFonts w:ascii="Calibri" w:hAnsi="Calibri" w:cs="Calibri"/>
          <w:color w:val="auto"/>
        </w:rPr>
        <w:t xml:space="preserve"> / </w:t>
      </w:r>
      <w:proofErr w:type="spellStart"/>
      <w:r w:rsidRPr="00B2288E">
        <w:rPr>
          <w:rFonts w:ascii="Calibri" w:hAnsi="Calibri" w:cs="Calibri"/>
          <w:color w:val="auto"/>
        </w:rPr>
        <w:t>sunulmuş</w:t>
      </w:r>
      <w:proofErr w:type="spellEnd"/>
      <w:r w:rsidRPr="00B2288E">
        <w:rPr>
          <w:rFonts w:ascii="Calibri" w:hAnsi="Calibri" w:cs="Calibri"/>
          <w:color w:val="auto"/>
        </w:rPr>
        <w:t xml:space="preserve"> / </w:t>
      </w:r>
      <w:proofErr w:type="spellStart"/>
      <w:r w:rsidRPr="00B2288E">
        <w:rPr>
          <w:rFonts w:ascii="Calibri" w:hAnsi="Calibri" w:cs="Calibri"/>
          <w:color w:val="auto"/>
        </w:rPr>
        <w:t>sunulmak</w:t>
      </w:r>
      <w:proofErr w:type="spellEnd"/>
      <w:r w:rsidRPr="00B2288E">
        <w:rPr>
          <w:rFonts w:ascii="Calibri" w:hAnsi="Calibri" w:cs="Calibri"/>
          <w:color w:val="auto"/>
        </w:rPr>
        <w:t xml:space="preserve"> </w:t>
      </w:r>
      <w:proofErr w:type="spellStart"/>
      <w:r w:rsidRPr="00B2288E">
        <w:rPr>
          <w:rFonts w:ascii="Calibri" w:hAnsi="Calibri" w:cs="Calibri"/>
          <w:color w:val="auto"/>
        </w:rPr>
        <w:t>üzere</w:t>
      </w:r>
      <w:proofErr w:type="spellEnd"/>
      <w:r w:rsidRPr="00B2288E">
        <w:rPr>
          <w:rFonts w:ascii="Calibri" w:hAnsi="Calibri" w:cs="Calibri"/>
          <w:color w:val="auto"/>
        </w:rPr>
        <w:t xml:space="preserve"> </w:t>
      </w:r>
      <w:proofErr w:type="spellStart"/>
      <w:r w:rsidRPr="00B2288E">
        <w:rPr>
          <w:rFonts w:ascii="Calibri" w:hAnsi="Calibri" w:cs="Calibri"/>
          <w:color w:val="auto"/>
        </w:rPr>
        <w:t>kabul</w:t>
      </w:r>
      <w:proofErr w:type="spellEnd"/>
      <w:r w:rsidRPr="00B2288E">
        <w:rPr>
          <w:rFonts w:ascii="Calibri" w:hAnsi="Calibri" w:cs="Calibri"/>
          <w:color w:val="auto"/>
        </w:rPr>
        <w:t xml:space="preserve"> </w:t>
      </w:r>
      <w:proofErr w:type="spellStart"/>
      <w:r w:rsidRPr="00B2288E">
        <w:rPr>
          <w:rFonts w:ascii="Calibri" w:hAnsi="Calibri" w:cs="Calibri"/>
          <w:color w:val="auto"/>
        </w:rPr>
        <w:t>edilmiş</w:t>
      </w:r>
      <w:proofErr w:type="spellEnd"/>
      <w:r w:rsidRPr="00B2288E">
        <w:rPr>
          <w:rFonts w:ascii="Calibri" w:hAnsi="Calibri" w:cs="Calibri"/>
          <w:color w:val="auto"/>
        </w:rPr>
        <w:t xml:space="preserve"> / </w:t>
      </w:r>
      <w:proofErr w:type="spellStart"/>
      <w:r w:rsidRPr="00B2288E">
        <w:rPr>
          <w:rFonts w:ascii="Calibri" w:hAnsi="Calibri" w:cs="Calibri"/>
          <w:color w:val="auto"/>
        </w:rPr>
        <w:t>basılmış</w:t>
      </w:r>
      <w:proofErr w:type="spellEnd"/>
      <w:r w:rsidRPr="00B2288E">
        <w:rPr>
          <w:rFonts w:ascii="Calibri" w:hAnsi="Calibri" w:cs="Calibri"/>
          <w:color w:val="auto"/>
        </w:rPr>
        <w:t xml:space="preserve"> / </w:t>
      </w:r>
      <w:proofErr w:type="spellStart"/>
      <w:r w:rsidRPr="00B2288E">
        <w:rPr>
          <w:rFonts w:ascii="Calibri" w:hAnsi="Calibri" w:cs="Calibri"/>
          <w:color w:val="auto"/>
        </w:rPr>
        <w:t>basılmak</w:t>
      </w:r>
      <w:proofErr w:type="spellEnd"/>
      <w:r w:rsidRPr="00B2288E">
        <w:rPr>
          <w:rFonts w:ascii="Calibri" w:hAnsi="Calibri" w:cs="Calibri"/>
          <w:color w:val="auto"/>
        </w:rPr>
        <w:t xml:space="preserve"> </w:t>
      </w:r>
      <w:proofErr w:type="spellStart"/>
      <w:r w:rsidRPr="00B2288E">
        <w:rPr>
          <w:rFonts w:ascii="Calibri" w:hAnsi="Calibri" w:cs="Calibri"/>
          <w:color w:val="auto"/>
        </w:rPr>
        <w:t>üzere</w:t>
      </w:r>
      <w:proofErr w:type="spellEnd"/>
      <w:r w:rsidRPr="00B2288E">
        <w:rPr>
          <w:rFonts w:ascii="Calibri" w:hAnsi="Calibri" w:cs="Calibri"/>
          <w:color w:val="auto"/>
        </w:rPr>
        <w:t xml:space="preserve"> </w:t>
      </w:r>
      <w:proofErr w:type="spellStart"/>
      <w:r w:rsidRPr="00B2288E">
        <w:rPr>
          <w:rFonts w:ascii="Calibri" w:hAnsi="Calibri" w:cs="Calibri"/>
          <w:color w:val="auto"/>
        </w:rPr>
        <w:t>kabul</w:t>
      </w:r>
      <w:proofErr w:type="spellEnd"/>
      <w:r w:rsidRPr="00B2288E">
        <w:rPr>
          <w:rFonts w:ascii="Calibri" w:hAnsi="Calibri" w:cs="Calibri"/>
          <w:color w:val="auto"/>
        </w:rPr>
        <w:t xml:space="preserve"> </w:t>
      </w:r>
      <w:proofErr w:type="spellStart"/>
      <w:r w:rsidRPr="00B2288E">
        <w:rPr>
          <w:rFonts w:ascii="Calibri" w:hAnsi="Calibri" w:cs="Calibri"/>
          <w:color w:val="auto"/>
        </w:rPr>
        <w:t>edilmiş</w:t>
      </w:r>
      <w:proofErr w:type="spellEnd"/>
      <w:r w:rsidRPr="00B2288E">
        <w:rPr>
          <w:rFonts w:ascii="Calibri" w:hAnsi="Calibri" w:cs="Calibri"/>
          <w:color w:val="auto"/>
        </w:rPr>
        <w:t xml:space="preserve"> vb.) </w:t>
      </w:r>
      <w:proofErr w:type="spellStart"/>
      <w:r w:rsidRPr="00B2288E">
        <w:rPr>
          <w:rFonts w:ascii="Calibri" w:hAnsi="Calibri" w:cs="Calibri"/>
          <w:color w:val="auto"/>
        </w:rPr>
        <w:t>gösteren</w:t>
      </w:r>
      <w:proofErr w:type="spellEnd"/>
      <w:r w:rsidRPr="00B2288E">
        <w:rPr>
          <w:rFonts w:ascii="Calibri" w:hAnsi="Calibri" w:cs="Calibri"/>
          <w:color w:val="auto"/>
        </w:rPr>
        <w:t xml:space="preserve"> </w:t>
      </w:r>
      <w:proofErr w:type="spellStart"/>
      <w:r w:rsidRPr="00B2288E">
        <w:rPr>
          <w:rFonts w:ascii="Calibri" w:hAnsi="Calibri" w:cs="Calibri"/>
          <w:color w:val="auto"/>
        </w:rPr>
        <w:t>doküman</w:t>
      </w:r>
      <w:proofErr w:type="spellEnd"/>
      <w:r w:rsidRPr="00B2288E">
        <w:rPr>
          <w:rFonts w:ascii="Calibri" w:hAnsi="Calibri" w:cs="Calibri"/>
          <w:color w:val="auto"/>
        </w:rPr>
        <w:t>.)</w:t>
      </w:r>
    </w:p>
    <w:p w14:paraId="1CFB0852" w14:textId="77777777" w:rsidR="00B4263C" w:rsidRPr="00654756" w:rsidRDefault="008E7B41" w:rsidP="003002B8">
      <w:pPr>
        <w:numPr>
          <w:ilvl w:val="0"/>
          <w:numId w:val="17"/>
        </w:numPr>
        <w:spacing w:after="0" w:line="240" w:lineRule="auto"/>
        <w:jc w:val="both"/>
        <w:rPr>
          <w:rFonts w:ascii="Calibri" w:hAnsi="Calibri" w:cs="Calibri"/>
          <w:color w:val="auto"/>
        </w:rPr>
      </w:pPr>
      <w:proofErr w:type="spellStart"/>
      <w:r w:rsidRPr="00654756">
        <w:rPr>
          <w:rFonts w:ascii="Calibri" w:hAnsi="Calibri" w:cs="Calibri"/>
          <w:color w:val="auto"/>
        </w:rPr>
        <w:t>Başarılı</w:t>
      </w:r>
      <w:proofErr w:type="spellEnd"/>
      <w:r w:rsidRPr="00654756">
        <w:rPr>
          <w:rFonts w:ascii="Calibri" w:hAnsi="Calibri" w:cs="Calibri"/>
          <w:color w:val="auto"/>
        </w:rPr>
        <w:t xml:space="preserve"> </w:t>
      </w:r>
      <w:proofErr w:type="spellStart"/>
      <w:r w:rsidRPr="00654756">
        <w:rPr>
          <w:rFonts w:ascii="Calibri" w:hAnsi="Calibri" w:cs="Calibri"/>
          <w:color w:val="auto"/>
        </w:rPr>
        <w:t>tez</w:t>
      </w:r>
      <w:proofErr w:type="spellEnd"/>
      <w:r w:rsidRPr="00654756">
        <w:rPr>
          <w:rFonts w:ascii="Calibri" w:hAnsi="Calibri" w:cs="Calibri"/>
          <w:color w:val="auto"/>
        </w:rPr>
        <w:t xml:space="preserve"> </w:t>
      </w:r>
      <w:proofErr w:type="spellStart"/>
      <w:r w:rsidRPr="00654756">
        <w:rPr>
          <w:rFonts w:ascii="Calibri" w:hAnsi="Calibri" w:cs="Calibri"/>
          <w:color w:val="auto"/>
        </w:rPr>
        <w:t>savunma</w:t>
      </w:r>
      <w:proofErr w:type="spellEnd"/>
      <w:r w:rsidRPr="00654756">
        <w:rPr>
          <w:rFonts w:ascii="Calibri" w:hAnsi="Calibri" w:cs="Calibri"/>
          <w:color w:val="auto"/>
        </w:rPr>
        <w:t xml:space="preserve"> </w:t>
      </w:r>
      <w:proofErr w:type="spellStart"/>
      <w:r w:rsidRPr="00654756">
        <w:rPr>
          <w:rFonts w:ascii="Calibri" w:hAnsi="Calibri" w:cs="Calibri"/>
          <w:color w:val="auto"/>
        </w:rPr>
        <w:t>tarihini</w:t>
      </w:r>
      <w:proofErr w:type="spellEnd"/>
      <w:r w:rsidRPr="00654756">
        <w:rPr>
          <w:rFonts w:ascii="Calibri" w:hAnsi="Calibri" w:cs="Calibri"/>
          <w:color w:val="auto"/>
        </w:rPr>
        <w:t xml:space="preserve"> </w:t>
      </w:r>
      <w:proofErr w:type="spellStart"/>
      <w:r w:rsidRPr="00654756">
        <w:rPr>
          <w:rFonts w:ascii="Calibri" w:hAnsi="Calibri" w:cs="Calibri"/>
          <w:color w:val="auto"/>
        </w:rPr>
        <w:t>takip</w:t>
      </w:r>
      <w:proofErr w:type="spellEnd"/>
      <w:r w:rsidRPr="00654756">
        <w:rPr>
          <w:rFonts w:ascii="Calibri" w:hAnsi="Calibri" w:cs="Calibri"/>
          <w:color w:val="auto"/>
        </w:rPr>
        <w:t xml:space="preserve"> </w:t>
      </w:r>
      <w:proofErr w:type="spellStart"/>
      <w:r w:rsidRPr="00654756">
        <w:rPr>
          <w:rFonts w:ascii="Calibri" w:hAnsi="Calibri" w:cs="Calibri"/>
          <w:color w:val="auto"/>
        </w:rPr>
        <w:t>eden</w:t>
      </w:r>
      <w:proofErr w:type="spellEnd"/>
      <w:r w:rsidRPr="00654756">
        <w:rPr>
          <w:rFonts w:ascii="Calibri" w:hAnsi="Calibri" w:cs="Calibri"/>
          <w:color w:val="auto"/>
        </w:rPr>
        <w:t xml:space="preserve"> 1 ay </w:t>
      </w:r>
      <w:proofErr w:type="spellStart"/>
      <w:r w:rsidRPr="00654756">
        <w:rPr>
          <w:rFonts w:ascii="Calibri" w:hAnsi="Calibri" w:cs="Calibri"/>
          <w:color w:val="auto"/>
        </w:rPr>
        <w:t>içinde</w:t>
      </w:r>
      <w:proofErr w:type="spellEnd"/>
      <w:r w:rsidRPr="00654756">
        <w:rPr>
          <w:rFonts w:ascii="Calibri" w:hAnsi="Calibri" w:cs="Calibri"/>
          <w:color w:val="auto"/>
        </w:rPr>
        <w:t xml:space="preserve">, </w:t>
      </w:r>
      <w:proofErr w:type="spellStart"/>
      <w:r w:rsidRPr="00654756">
        <w:rPr>
          <w:rFonts w:ascii="Calibri" w:hAnsi="Calibri" w:cs="Calibri"/>
          <w:color w:val="auto"/>
        </w:rPr>
        <w:t>biçim</w:t>
      </w:r>
      <w:proofErr w:type="spellEnd"/>
      <w:r w:rsidRPr="00654756">
        <w:rPr>
          <w:rFonts w:ascii="Calibri" w:hAnsi="Calibri" w:cs="Calibri"/>
          <w:color w:val="auto"/>
        </w:rPr>
        <w:t xml:space="preserve"> </w:t>
      </w:r>
      <w:proofErr w:type="spellStart"/>
      <w:r w:rsidRPr="00654756">
        <w:rPr>
          <w:rFonts w:ascii="Calibri" w:hAnsi="Calibri" w:cs="Calibri"/>
          <w:color w:val="auto"/>
        </w:rPr>
        <w:t>denetiminden</w:t>
      </w:r>
      <w:proofErr w:type="spellEnd"/>
      <w:r w:rsidRPr="00654756">
        <w:rPr>
          <w:rFonts w:ascii="Calibri" w:hAnsi="Calibri" w:cs="Calibri"/>
          <w:color w:val="auto"/>
        </w:rPr>
        <w:t xml:space="preserve"> </w:t>
      </w:r>
      <w:proofErr w:type="spellStart"/>
      <w:r w:rsidRPr="00654756">
        <w:rPr>
          <w:rFonts w:ascii="Calibri" w:hAnsi="Calibri" w:cs="Calibri"/>
          <w:color w:val="auto"/>
        </w:rPr>
        <w:t>geçmiş</w:t>
      </w:r>
      <w:proofErr w:type="spellEnd"/>
      <w:r w:rsidRPr="00654756">
        <w:rPr>
          <w:rFonts w:ascii="Calibri" w:hAnsi="Calibri" w:cs="Calibri"/>
          <w:color w:val="auto"/>
        </w:rPr>
        <w:t xml:space="preserve"> </w:t>
      </w:r>
      <w:proofErr w:type="spellStart"/>
      <w:r w:rsidRPr="00654756">
        <w:rPr>
          <w:rFonts w:ascii="Calibri" w:hAnsi="Calibri" w:cs="Calibri"/>
          <w:color w:val="auto"/>
        </w:rPr>
        <w:t>tez</w:t>
      </w:r>
      <w:proofErr w:type="spellEnd"/>
      <w:r w:rsidRPr="00654756">
        <w:rPr>
          <w:rFonts w:ascii="Calibri" w:hAnsi="Calibri" w:cs="Calibri"/>
          <w:color w:val="auto"/>
        </w:rPr>
        <w:t xml:space="preserve"> </w:t>
      </w:r>
      <w:proofErr w:type="spellStart"/>
      <w:r w:rsidRPr="00654756">
        <w:rPr>
          <w:rFonts w:ascii="Calibri" w:hAnsi="Calibri" w:cs="Calibri"/>
          <w:color w:val="auto"/>
        </w:rPr>
        <w:t>ve</w:t>
      </w:r>
      <w:proofErr w:type="spellEnd"/>
      <w:r w:rsidRPr="00654756">
        <w:rPr>
          <w:rFonts w:ascii="Calibri" w:hAnsi="Calibri" w:cs="Calibri"/>
          <w:color w:val="auto"/>
        </w:rPr>
        <w:t xml:space="preserve"> </w:t>
      </w:r>
      <w:proofErr w:type="spellStart"/>
      <w:r w:rsidRPr="00654756">
        <w:rPr>
          <w:rFonts w:ascii="Calibri" w:hAnsi="Calibri" w:cs="Calibri"/>
          <w:color w:val="auto"/>
        </w:rPr>
        <w:t>talep</w:t>
      </w:r>
      <w:proofErr w:type="spellEnd"/>
      <w:r w:rsidRPr="00654756">
        <w:rPr>
          <w:rFonts w:ascii="Calibri" w:hAnsi="Calibri" w:cs="Calibri"/>
          <w:color w:val="auto"/>
        </w:rPr>
        <w:t xml:space="preserve"> </w:t>
      </w:r>
      <w:proofErr w:type="spellStart"/>
      <w:r w:rsidRPr="00654756">
        <w:rPr>
          <w:rFonts w:ascii="Calibri" w:hAnsi="Calibri" w:cs="Calibri"/>
          <w:color w:val="auto"/>
        </w:rPr>
        <w:t>edilen</w:t>
      </w:r>
      <w:proofErr w:type="spellEnd"/>
      <w:r w:rsidRPr="00654756">
        <w:rPr>
          <w:rFonts w:ascii="Calibri" w:hAnsi="Calibri" w:cs="Calibri"/>
          <w:color w:val="auto"/>
        </w:rPr>
        <w:t xml:space="preserve"> </w:t>
      </w:r>
      <w:proofErr w:type="spellStart"/>
      <w:r w:rsidRPr="00654756">
        <w:rPr>
          <w:rFonts w:ascii="Calibri" w:hAnsi="Calibri" w:cs="Calibri"/>
          <w:color w:val="auto"/>
        </w:rPr>
        <w:t>diğer</w:t>
      </w:r>
      <w:proofErr w:type="spellEnd"/>
      <w:r w:rsidRPr="00654756">
        <w:rPr>
          <w:rFonts w:ascii="Calibri" w:hAnsi="Calibri" w:cs="Calibri"/>
          <w:color w:val="auto"/>
        </w:rPr>
        <w:t xml:space="preserve"> </w:t>
      </w:r>
      <w:proofErr w:type="spellStart"/>
      <w:r w:rsidRPr="00654756">
        <w:rPr>
          <w:rFonts w:ascii="Calibri" w:hAnsi="Calibri" w:cs="Calibri"/>
          <w:color w:val="auto"/>
        </w:rPr>
        <w:t>dokümanlarla</w:t>
      </w:r>
      <w:proofErr w:type="spellEnd"/>
      <w:r w:rsidRPr="00654756">
        <w:rPr>
          <w:rFonts w:ascii="Calibri" w:hAnsi="Calibri" w:cs="Calibri"/>
          <w:color w:val="auto"/>
        </w:rPr>
        <w:t xml:space="preserve"> </w:t>
      </w:r>
      <w:proofErr w:type="spellStart"/>
      <w:r w:rsidRPr="00654756">
        <w:rPr>
          <w:rFonts w:ascii="Calibri" w:hAnsi="Calibri" w:cs="Calibri"/>
          <w:color w:val="auto"/>
        </w:rPr>
        <w:t>birlikte</w:t>
      </w:r>
      <w:proofErr w:type="spellEnd"/>
      <w:r w:rsidRPr="00654756">
        <w:rPr>
          <w:rFonts w:ascii="Calibri" w:hAnsi="Calibri" w:cs="Calibri"/>
          <w:color w:val="auto"/>
        </w:rPr>
        <w:t xml:space="preserve"> </w:t>
      </w:r>
      <w:proofErr w:type="spellStart"/>
      <w:r w:rsidRPr="00654756">
        <w:rPr>
          <w:rFonts w:ascii="Calibri" w:hAnsi="Calibri" w:cs="Calibri"/>
          <w:color w:val="auto"/>
        </w:rPr>
        <w:t>enstitüye</w:t>
      </w:r>
      <w:proofErr w:type="spellEnd"/>
      <w:r w:rsidRPr="00654756">
        <w:rPr>
          <w:rFonts w:ascii="Calibri" w:hAnsi="Calibri" w:cs="Calibri"/>
          <w:color w:val="auto"/>
        </w:rPr>
        <w:t xml:space="preserve"> </w:t>
      </w:r>
      <w:proofErr w:type="spellStart"/>
      <w:r w:rsidRPr="00654756">
        <w:rPr>
          <w:rFonts w:ascii="Calibri" w:hAnsi="Calibri" w:cs="Calibri"/>
          <w:color w:val="auto"/>
        </w:rPr>
        <w:t>teslim</w:t>
      </w:r>
      <w:proofErr w:type="spellEnd"/>
      <w:r w:rsidRPr="00654756">
        <w:rPr>
          <w:rFonts w:ascii="Calibri" w:hAnsi="Calibri" w:cs="Calibri"/>
          <w:color w:val="auto"/>
        </w:rPr>
        <w:t xml:space="preserve"> </w:t>
      </w:r>
      <w:proofErr w:type="spellStart"/>
      <w:r w:rsidRPr="00654756">
        <w:rPr>
          <w:rFonts w:ascii="Calibri" w:hAnsi="Calibri" w:cs="Calibri"/>
          <w:color w:val="auto"/>
        </w:rPr>
        <w:t>edilmelidir</w:t>
      </w:r>
      <w:proofErr w:type="spellEnd"/>
      <w:r w:rsidRPr="00654756">
        <w:rPr>
          <w:rFonts w:ascii="Calibri" w:hAnsi="Calibri" w:cs="Calibri"/>
          <w:color w:val="auto"/>
        </w:rPr>
        <w:t>.</w:t>
      </w:r>
    </w:p>
    <w:p w14:paraId="657AFE10" w14:textId="77777777" w:rsidR="00B4263C" w:rsidRPr="00654756" w:rsidRDefault="008E7B41" w:rsidP="003002B8">
      <w:pPr>
        <w:numPr>
          <w:ilvl w:val="0"/>
          <w:numId w:val="17"/>
        </w:numPr>
        <w:spacing w:after="0" w:line="240" w:lineRule="auto"/>
        <w:jc w:val="both"/>
        <w:rPr>
          <w:rFonts w:ascii="Calibri" w:hAnsi="Calibri" w:cs="Calibri"/>
          <w:color w:val="auto"/>
        </w:rPr>
      </w:pPr>
      <w:r w:rsidRPr="00654756">
        <w:rPr>
          <w:rFonts w:ascii="Calibri" w:hAnsi="Calibri" w:cs="Calibri"/>
          <w:color w:val="auto"/>
        </w:rPr>
        <w:t xml:space="preserve">Tez, </w:t>
      </w:r>
      <w:proofErr w:type="spellStart"/>
      <w:r w:rsidRPr="00654756">
        <w:rPr>
          <w:rFonts w:ascii="Calibri" w:hAnsi="Calibri" w:cs="Calibri"/>
          <w:color w:val="auto"/>
        </w:rPr>
        <w:t>Enstitü</w:t>
      </w:r>
      <w:proofErr w:type="spellEnd"/>
      <w:r w:rsidRPr="00654756">
        <w:rPr>
          <w:rFonts w:ascii="Calibri" w:hAnsi="Calibri" w:cs="Calibri"/>
          <w:color w:val="auto"/>
        </w:rPr>
        <w:t xml:space="preserve"> </w:t>
      </w:r>
      <w:proofErr w:type="spellStart"/>
      <w:r w:rsidRPr="00654756">
        <w:rPr>
          <w:rFonts w:ascii="Calibri" w:hAnsi="Calibri" w:cs="Calibri"/>
          <w:color w:val="auto"/>
        </w:rPr>
        <w:t>Yönetim</w:t>
      </w:r>
      <w:proofErr w:type="spellEnd"/>
      <w:r w:rsidRPr="00654756">
        <w:rPr>
          <w:rFonts w:ascii="Calibri" w:hAnsi="Calibri" w:cs="Calibri"/>
          <w:color w:val="auto"/>
        </w:rPr>
        <w:t xml:space="preserve"> </w:t>
      </w:r>
      <w:proofErr w:type="spellStart"/>
      <w:r w:rsidRPr="00654756">
        <w:rPr>
          <w:rFonts w:ascii="Calibri" w:hAnsi="Calibri" w:cs="Calibri"/>
          <w:color w:val="auto"/>
        </w:rPr>
        <w:t>Kurulu</w:t>
      </w:r>
      <w:proofErr w:type="spellEnd"/>
      <w:r w:rsidRPr="00654756">
        <w:rPr>
          <w:rFonts w:ascii="Calibri" w:hAnsi="Calibri" w:cs="Calibri"/>
          <w:color w:val="auto"/>
        </w:rPr>
        <w:t xml:space="preserve"> </w:t>
      </w:r>
      <w:proofErr w:type="spellStart"/>
      <w:r w:rsidRPr="00654756">
        <w:rPr>
          <w:rFonts w:ascii="Calibri" w:hAnsi="Calibri" w:cs="Calibri"/>
          <w:color w:val="auto"/>
        </w:rPr>
        <w:t>tarafından</w:t>
      </w:r>
      <w:proofErr w:type="spellEnd"/>
      <w:r w:rsidRPr="00654756">
        <w:rPr>
          <w:rFonts w:ascii="Calibri" w:hAnsi="Calibri" w:cs="Calibri"/>
          <w:color w:val="auto"/>
        </w:rPr>
        <w:t xml:space="preserve"> da </w:t>
      </w:r>
      <w:proofErr w:type="spellStart"/>
      <w:r w:rsidRPr="00654756">
        <w:rPr>
          <w:rFonts w:ascii="Calibri" w:hAnsi="Calibri" w:cs="Calibri"/>
          <w:color w:val="auto"/>
        </w:rPr>
        <w:t>biçimsel</w:t>
      </w:r>
      <w:proofErr w:type="spellEnd"/>
      <w:r w:rsidRPr="00654756">
        <w:rPr>
          <w:rFonts w:ascii="Calibri" w:hAnsi="Calibri" w:cs="Calibri"/>
          <w:color w:val="auto"/>
        </w:rPr>
        <w:t xml:space="preserve"> </w:t>
      </w:r>
      <w:proofErr w:type="spellStart"/>
      <w:r w:rsidRPr="00654756">
        <w:rPr>
          <w:rFonts w:ascii="Calibri" w:hAnsi="Calibri" w:cs="Calibri"/>
          <w:color w:val="auto"/>
        </w:rPr>
        <w:t>olarak</w:t>
      </w:r>
      <w:proofErr w:type="spellEnd"/>
      <w:r w:rsidRPr="00654756">
        <w:rPr>
          <w:rFonts w:ascii="Calibri" w:hAnsi="Calibri" w:cs="Calibri"/>
          <w:color w:val="auto"/>
        </w:rPr>
        <w:t xml:space="preserve"> </w:t>
      </w:r>
      <w:proofErr w:type="spellStart"/>
      <w:r w:rsidRPr="00654756">
        <w:rPr>
          <w:rFonts w:ascii="Calibri" w:hAnsi="Calibri" w:cs="Calibri"/>
          <w:color w:val="auto"/>
        </w:rPr>
        <w:t>değerlendirilir</w:t>
      </w:r>
      <w:proofErr w:type="spellEnd"/>
      <w:r w:rsidRPr="00654756">
        <w:rPr>
          <w:rFonts w:ascii="Calibri" w:hAnsi="Calibri" w:cs="Calibri"/>
          <w:color w:val="auto"/>
        </w:rPr>
        <w:t xml:space="preserve">; </w:t>
      </w:r>
      <w:proofErr w:type="spellStart"/>
      <w:r w:rsidRPr="00654756">
        <w:rPr>
          <w:rFonts w:ascii="Calibri" w:hAnsi="Calibri" w:cs="Calibri"/>
          <w:color w:val="auto"/>
        </w:rPr>
        <w:t>kurul</w:t>
      </w:r>
      <w:proofErr w:type="spellEnd"/>
      <w:r w:rsidRPr="00654756">
        <w:rPr>
          <w:rFonts w:ascii="Calibri" w:hAnsi="Calibri" w:cs="Calibri"/>
          <w:color w:val="auto"/>
        </w:rPr>
        <w:t xml:space="preserve"> </w:t>
      </w:r>
      <w:proofErr w:type="spellStart"/>
      <w:r w:rsidRPr="00654756">
        <w:rPr>
          <w:rFonts w:ascii="Calibri" w:hAnsi="Calibri" w:cs="Calibri"/>
          <w:color w:val="auto"/>
        </w:rPr>
        <w:t>yeniden</w:t>
      </w:r>
      <w:proofErr w:type="spellEnd"/>
      <w:r w:rsidRPr="00654756">
        <w:rPr>
          <w:rFonts w:ascii="Calibri" w:hAnsi="Calibri" w:cs="Calibri"/>
          <w:color w:val="auto"/>
        </w:rPr>
        <w:t xml:space="preserve"> </w:t>
      </w:r>
      <w:proofErr w:type="spellStart"/>
      <w:r w:rsidRPr="00654756">
        <w:rPr>
          <w:rFonts w:ascii="Calibri" w:hAnsi="Calibri" w:cs="Calibri"/>
          <w:color w:val="auto"/>
        </w:rPr>
        <w:t>düzeltme</w:t>
      </w:r>
      <w:proofErr w:type="spellEnd"/>
      <w:r w:rsidRPr="00654756">
        <w:rPr>
          <w:rFonts w:ascii="Calibri" w:hAnsi="Calibri" w:cs="Calibri"/>
          <w:color w:val="auto"/>
        </w:rPr>
        <w:t xml:space="preserve"> </w:t>
      </w:r>
      <w:proofErr w:type="spellStart"/>
      <w:r w:rsidRPr="00654756">
        <w:rPr>
          <w:rFonts w:ascii="Calibri" w:hAnsi="Calibri" w:cs="Calibri"/>
          <w:color w:val="auto"/>
        </w:rPr>
        <w:t>talep</w:t>
      </w:r>
      <w:proofErr w:type="spellEnd"/>
      <w:r w:rsidRPr="00654756">
        <w:rPr>
          <w:rFonts w:ascii="Calibri" w:hAnsi="Calibri" w:cs="Calibri"/>
          <w:color w:val="auto"/>
        </w:rPr>
        <w:t xml:space="preserve"> </w:t>
      </w:r>
      <w:proofErr w:type="spellStart"/>
      <w:r w:rsidRPr="00654756">
        <w:rPr>
          <w:rFonts w:ascii="Calibri" w:hAnsi="Calibri" w:cs="Calibri"/>
          <w:color w:val="auto"/>
        </w:rPr>
        <w:t>edebilir</w:t>
      </w:r>
      <w:proofErr w:type="spellEnd"/>
      <w:r w:rsidRPr="00654756">
        <w:rPr>
          <w:rFonts w:ascii="Calibri" w:hAnsi="Calibri" w:cs="Calibri"/>
          <w:color w:val="auto"/>
        </w:rPr>
        <w:t>.</w:t>
      </w:r>
    </w:p>
    <w:p w14:paraId="3A71A892" w14:textId="77777777" w:rsidR="00B4263C" w:rsidRPr="00654756" w:rsidRDefault="008E7B41" w:rsidP="003002B8">
      <w:pPr>
        <w:numPr>
          <w:ilvl w:val="0"/>
          <w:numId w:val="17"/>
        </w:numPr>
        <w:spacing w:after="0" w:line="240" w:lineRule="auto"/>
        <w:jc w:val="both"/>
        <w:rPr>
          <w:rFonts w:ascii="Calibri" w:hAnsi="Calibri" w:cs="Calibri"/>
          <w:color w:val="auto"/>
        </w:rPr>
      </w:pPr>
      <w:proofErr w:type="spellStart"/>
      <w:r w:rsidRPr="00654756">
        <w:rPr>
          <w:rFonts w:ascii="Calibri" w:hAnsi="Calibri" w:cs="Calibri"/>
          <w:color w:val="auto"/>
        </w:rPr>
        <w:t>Mezuniyet</w:t>
      </w:r>
      <w:proofErr w:type="spellEnd"/>
      <w:r w:rsidRPr="00654756">
        <w:rPr>
          <w:rFonts w:ascii="Calibri" w:hAnsi="Calibri" w:cs="Calibri"/>
          <w:color w:val="auto"/>
        </w:rPr>
        <w:t xml:space="preserve"> </w:t>
      </w:r>
      <w:proofErr w:type="spellStart"/>
      <w:r w:rsidRPr="00654756">
        <w:rPr>
          <w:rFonts w:ascii="Calibri" w:hAnsi="Calibri" w:cs="Calibri"/>
          <w:color w:val="auto"/>
        </w:rPr>
        <w:t>kararı</w:t>
      </w:r>
      <w:proofErr w:type="spellEnd"/>
      <w:r w:rsidRPr="00654756">
        <w:rPr>
          <w:rFonts w:ascii="Calibri" w:hAnsi="Calibri" w:cs="Calibri"/>
          <w:color w:val="auto"/>
        </w:rPr>
        <w:t xml:space="preserve"> </w:t>
      </w:r>
      <w:proofErr w:type="spellStart"/>
      <w:r w:rsidRPr="00654756">
        <w:rPr>
          <w:rFonts w:ascii="Calibri" w:hAnsi="Calibri" w:cs="Calibri"/>
          <w:color w:val="auto"/>
        </w:rPr>
        <w:t>Enstitü</w:t>
      </w:r>
      <w:proofErr w:type="spellEnd"/>
      <w:r w:rsidRPr="00654756">
        <w:rPr>
          <w:rFonts w:ascii="Calibri" w:hAnsi="Calibri" w:cs="Calibri"/>
          <w:color w:val="auto"/>
        </w:rPr>
        <w:t xml:space="preserve"> </w:t>
      </w:r>
      <w:proofErr w:type="spellStart"/>
      <w:r w:rsidRPr="00654756">
        <w:rPr>
          <w:rFonts w:ascii="Calibri" w:hAnsi="Calibri" w:cs="Calibri"/>
          <w:color w:val="auto"/>
        </w:rPr>
        <w:t>Yönetim</w:t>
      </w:r>
      <w:proofErr w:type="spellEnd"/>
      <w:r w:rsidRPr="00654756">
        <w:rPr>
          <w:rFonts w:ascii="Calibri" w:hAnsi="Calibri" w:cs="Calibri"/>
          <w:color w:val="auto"/>
        </w:rPr>
        <w:t xml:space="preserve"> </w:t>
      </w:r>
      <w:proofErr w:type="spellStart"/>
      <w:r w:rsidRPr="00654756">
        <w:rPr>
          <w:rFonts w:ascii="Calibri" w:hAnsi="Calibri" w:cs="Calibri"/>
          <w:color w:val="auto"/>
        </w:rPr>
        <w:t>Kurulu</w:t>
      </w:r>
      <w:proofErr w:type="spellEnd"/>
      <w:r w:rsidRPr="00654756">
        <w:rPr>
          <w:rFonts w:ascii="Calibri" w:hAnsi="Calibri" w:cs="Calibri"/>
          <w:color w:val="auto"/>
        </w:rPr>
        <w:t xml:space="preserve"> </w:t>
      </w:r>
      <w:proofErr w:type="spellStart"/>
      <w:r w:rsidRPr="00654756">
        <w:rPr>
          <w:rFonts w:ascii="Calibri" w:hAnsi="Calibri" w:cs="Calibri"/>
          <w:color w:val="auto"/>
        </w:rPr>
        <w:t>tarafından</w:t>
      </w:r>
      <w:proofErr w:type="spellEnd"/>
      <w:r w:rsidRPr="00654756">
        <w:rPr>
          <w:rFonts w:ascii="Calibri" w:hAnsi="Calibri" w:cs="Calibri"/>
          <w:color w:val="auto"/>
        </w:rPr>
        <w:t xml:space="preserve"> </w:t>
      </w:r>
      <w:proofErr w:type="spellStart"/>
      <w:r w:rsidRPr="00654756">
        <w:rPr>
          <w:rFonts w:ascii="Calibri" w:hAnsi="Calibri" w:cs="Calibri"/>
          <w:color w:val="auto"/>
        </w:rPr>
        <w:t>verilir</w:t>
      </w:r>
      <w:proofErr w:type="spellEnd"/>
      <w:r w:rsidRPr="00654756">
        <w:rPr>
          <w:rFonts w:ascii="Calibri" w:hAnsi="Calibri" w:cs="Calibri"/>
          <w:color w:val="auto"/>
        </w:rPr>
        <w:t>.</w:t>
      </w:r>
    </w:p>
    <w:p w14:paraId="355CAD13" w14:textId="3A5C281D" w:rsidR="00B4263C" w:rsidRPr="00654756" w:rsidRDefault="008E7B41">
      <w:pPr>
        <w:pStyle w:val="Heading2"/>
        <w:rPr>
          <w:rFonts w:ascii="Calibri" w:hAnsi="Calibri" w:cs="Calibri"/>
          <w:color w:val="auto"/>
          <w:sz w:val="24"/>
          <w:szCs w:val="22"/>
          <w:u w:val="single"/>
        </w:rPr>
      </w:pPr>
      <w:proofErr w:type="spellStart"/>
      <w:r w:rsidRPr="00654756">
        <w:rPr>
          <w:rFonts w:ascii="Calibri" w:hAnsi="Calibri" w:cs="Calibri"/>
          <w:color w:val="auto"/>
          <w:sz w:val="24"/>
          <w:szCs w:val="22"/>
          <w:u w:val="single"/>
        </w:rPr>
        <w:t>Enstitü</w:t>
      </w:r>
      <w:proofErr w:type="spellEnd"/>
      <w:r w:rsidRPr="00654756">
        <w:rPr>
          <w:rFonts w:ascii="Calibri" w:hAnsi="Calibri" w:cs="Calibri"/>
          <w:color w:val="auto"/>
          <w:sz w:val="24"/>
          <w:szCs w:val="22"/>
          <w:u w:val="single"/>
        </w:rPr>
        <w:t xml:space="preserve"> </w:t>
      </w:r>
      <w:proofErr w:type="spellStart"/>
      <w:r w:rsidRPr="00654756">
        <w:rPr>
          <w:rFonts w:ascii="Calibri" w:hAnsi="Calibri" w:cs="Calibri"/>
          <w:color w:val="auto"/>
          <w:sz w:val="24"/>
          <w:szCs w:val="22"/>
          <w:u w:val="single"/>
        </w:rPr>
        <w:t>Yönetim</w:t>
      </w:r>
      <w:proofErr w:type="spellEnd"/>
      <w:r w:rsidRPr="00654756">
        <w:rPr>
          <w:rFonts w:ascii="Calibri" w:hAnsi="Calibri" w:cs="Calibri"/>
          <w:color w:val="auto"/>
          <w:sz w:val="24"/>
          <w:szCs w:val="22"/>
          <w:u w:val="single"/>
        </w:rPr>
        <w:t xml:space="preserve"> </w:t>
      </w:r>
      <w:proofErr w:type="spellStart"/>
      <w:r w:rsidRPr="00654756">
        <w:rPr>
          <w:rFonts w:ascii="Calibri" w:hAnsi="Calibri" w:cs="Calibri"/>
          <w:color w:val="auto"/>
          <w:sz w:val="24"/>
          <w:szCs w:val="22"/>
          <w:u w:val="single"/>
        </w:rPr>
        <w:t>Kurulu</w:t>
      </w:r>
      <w:proofErr w:type="spellEnd"/>
      <w:r w:rsidRPr="00654756">
        <w:rPr>
          <w:rFonts w:ascii="Calibri" w:hAnsi="Calibri" w:cs="Calibri"/>
          <w:color w:val="auto"/>
          <w:sz w:val="24"/>
          <w:szCs w:val="22"/>
          <w:u w:val="single"/>
        </w:rPr>
        <w:t xml:space="preserve"> </w:t>
      </w:r>
      <w:proofErr w:type="spellStart"/>
      <w:r w:rsidRPr="00654756">
        <w:rPr>
          <w:rFonts w:ascii="Calibri" w:hAnsi="Calibri" w:cs="Calibri"/>
          <w:color w:val="auto"/>
          <w:sz w:val="24"/>
          <w:szCs w:val="22"/>
          <w:u w:val="single"/>
        </w:rPr>
        <w:t>Kararı</w:t>
      </w:r>
      <w:proofErr w:type="spellEnd"/>
      <w:r w:rsidRPr="00654756">
        <w:rPr>
          <w:rFonts w:ascii="Calibri" w:hAnsi="Calibri" w:cs="Calibri"/>
          <w:color w:val="auto"/>
          <w:sz w:val="24"/>
          <w:szCs w:val="22"/>
          <w:u w:val="single"/>
        </w:rPr>
        <w:t xml:space="preserve"> </w:t>
      </w:r>
      <w:proofErr w:type="spellStart"/>
      <w:r w:rsidRPr="00654756">
        <w:rPr>
          <w:rFonts w:ascii="Calibri" w:hAnsi="Calibri" w:cs="Calibri"/>
          <w:color w:val="auto"/>
          <w:sz w:val="24"/>
          <w:szCs w:val="22"/>
          <w:u w:val="single"/>
        </w:rPr>
        <w:t>İçin</w:t>
      </w:r>
      <w:proofErr w:type="spellEnd"/>
      <w:r w:rsidRPr="00654756">
        <w:rPr>
          <w:rFonts w:ascii="Calibri" w:hAnsi="Calibri" w:cs="Calibri"/>
          <w:color w:val="auto"/>
          <w:sz w:val="24"/>
          <w:szCs w:val="22"/>
          <w:u w:val="single"/>
        </w:rPr>
        <w:t xml:space="preserve"> </w:t>
      </w:r>
      <w:proofErr w:type="spellStart"/>
      <w:r w:rsidRPr="00654756">
        <w:rPr>
          <w:rFonts w:ascii="Calibri" w:hAnsi="Calibri" w:cs="Calibri"/>
          <w:color w:val="auto"/>
          <w:sz w:val="24"/>
          <w:szCs w:val="22"/>
          <w:u w:val="single"/>
        </w:rPr>
        <w:t>Enstitüye</w:t>
      </w:r>
      <w:proofErr w:type="spellEnd"/>
      <w:r w:rsidRPr="00654756">
        <w:rPr>
          <w:rFonts w:ascii="Calibri" w:hAnsi="Calibri" w:cs="Calibri"/>
          <w:color w:val="auto"/>
          <w:sz w:val="24"/>
          <w:szCs w:val="22"/>
          <w:u w:val="single"/>
        </w:rPr>
        <w:t xml:space="preserve"> Teslim Edilecek </w:t>
      </w:r>
      <w:proofErr w:type="spellStart"/>
      <w:r w:rsidRPr="00654756">
        <w:rPr>
          <w:rFonts w:ascii="Calibri" w:hAnsi="Calibri" w:cs="Calibri"/>
          <w:color w:val="auto"/>
          <w:sz w:val="24"/>
          <w:szCs w:val="22"/>
          <w:u w:val="single"/>
        </w:rPr>
        <w:t>Belgeler</w:t>
      </w:r>
      <w:proofErr w:type="spellEnd"/>
    </w:p>
    <w:p w14:paraId="3F68890B" w14:textId="76D4CDC1" w:rsidR="00B4263C" w:rsidRPr="00654756" w:rsidRDefault="008E7B41" w:rsidP="00F453A2">
      <w:pPr>
        <w:pStyle w:val="Intro"/>
        <w:spacing w:after="0" w:line="240" w:lineRule="auto"/>
        <w:jc w:val="both"/>
        <w:rPr>
          <w:rFonts w:ascii="Calibri" w:hAnsi="Calibri" w:cs="Calibri"/>
        </w:rPr>
      </w:pPr>
      <w:proofErr w:type="spellStart"/>
      <w:r w:rsidRPr="00654756">
        <w:rPr>
          <w:rFonts w:ascii="Calibri" w:hAnsi="Calibri" w:cs="Calibri"/>
        </w:rPr>
        <w:t>Enstitü</w:t>
      </w:r>
      <w:proofErr w:type="spellEnd"/>
      <w:r w:rsidRPr="00654756">
        <w:rPr>
          <w:rFonts w:ascii="Calibri" w:hAnsi="Calibri" w:cs="Calibri"/>
        </w:rPr>
        <w:t xml:space="preserve"> </w:t>
      </w:r>
      <w:proofErr w:type="spellStart"/>
      <w:r w:rsidRPr="00654756">
        <w:rPr>
          <w:rFonts w:ascii="Calibri" w:hAnsi="Calibri" w:cs="Calibri"/>
        </w:rPr>
        <w:t>Yönetim</w:t>
      </w:r>
      <w:proofErr w:type="spellEnd"/>
      <w:r w:rsidRPr="00654756">
        <w:rPr>
          <w:rFonts w:ascii="Calibri" w:hAnsi="Calibri" w:cs="Calibri"/>
        </w:rPr>
        <w:t xml:space="preserve"> </w:t>
      </w:r>
      <w:proofErr w:type="spellStart"/>
      <w:r w:rsidRPr="00654756">
        <w:rPr>
          <w:rFonts w:ascii="Calibri" w:hAnsi="Calibri" w:cs="Calibri"/>
        </w:rPr>
        <w:t>Kurulunun</w:t>
      </w:r>
      <w:proofErr w:type="spellEnd"/>
      <w:r w:rsidRPr="00654756">
        <w:rPr>
          <w:rFonts w:ascii="Calibri" w:hAnsi="Calibri" w:cs="Calibri"/>
        </w:rPr>
        <w:t xml:space="preserve"> </w:t>
      </w:r>
      <w:proofErr w:type="spellStart"/>
      <w:r w:rsidRPr="00654756">
        <w:rPr>
          <w:rFonts w:ascii="Calibri" w:hAnsi="Calibri" w:cs="Calibri"/>
        </w:rPr>
        <w:t>mezuniyet</w:t>
      </w:r>
      <w:proofErr w:type="spellEnd"/>
      <w:r w:rsidRPr="00654756">
        <w:rPr>
          <w:rFonts w:ascii="Calibri" w:hAnsi="Calibri" w:cs="Calibri"/>
        </w:rPr>
        <w:t xml:space="preserve"> </w:t>
      </w:r>
      <w:proofErr w:type="spellStart"/>
      <w:r w:rsidRPr="00654756">
        <w:rPr>
          <w:rFonts w:ascii="Calibri" w:hAnsi="Calibri" w:cs="Calibri"/>
        </w:rPr>
        <w:t>kararını</w:t>
      </w:r>
      <w:proofErr w:type="spellEnd"/>
      <w:r w:rsidRPr="00654756">
        <w:rPr>
          <w:rFonts w:ascii="Calibri" w:hAnsi="Calibri" w:cs="Calibri"/>
        </w:rPr>
        <w:t xml:space="preserve"> </w:t>
      </w:r>
      <w:proofErr w:type="spellStart"/>
      <w:r w:rsidRPr="00654756">
        <w:rPr>
          <w:rFonts w:ascii="Calibri" w:hAnsi="Calibri" w:cs="Calibri"/>
        </w:rPr>
        <w:t>görüşüp</w:t>
      </w:r>
      <w:proofErr w:type="spellEnd"/>
      <w:r w:rsidRPr="00654756">
        <w:rPr>
          <w:rFonts w:ascii="Calibri" w:hAnsi="Calibri" w:cs="Calibri"/>
        </w:rPr>
        <w:t xml:space="preserve"> </w:t>
      </w:r>
      <w:proofErr w:type="spellStart"/>
      <w:r w:rsidRPr="00654756">
        <w:rPr>
          <w:rFonts w:ascii="Calibri" w:hAnsi="Calibri" w:cs="Calibri"/>
        </w:rPr>
        <w:t>onaylayabilmesi</w:t>
      </w:r>
      <w:proofErr w:type="spellEnd"/>
      <w:r w:rsidRPr="00654756">
        <w:rPr>
          <w:rFonts w:ascii="Calibri" w:hAnsi="Calibri" w:cs="Calibri"/>
        </w:rPr>
        <w:t xml:space="preserve"> </w:t>
      </w:r>
      <w:proofErr w:type="spellStart"/>
      <w:r w:rsidRPr="00654756">
        <w:rPr>
          <w:rFonts w:ascii="Calibri" w:hAnsi="Calibri" w:cs="Calibri"/>
        </w:rPr>
        <w:t>için</w:t>
      </w:r>
      <w:proofErr w:type="spellEnd"/>
      <w:r w:rsidRPr="00654756">
        <w:rPr>
          <w:rFonts w:ascii="Calibri" w:hAnsi="Calibri" w:cs="Calibri"/>
        </w:rPr>
        <w:t xml:space="preserve"> </w:t>
      </w:r>
      <w:proofErr w:type="spellStart"/>
      <w:r w:rsidRPr="00654756">
        <w:rPr>
          <w:rFonts w:ascii="Calibri" w:hAnsi="Calibri" w:cs="Calibri"/>
        </w:rPr>
        <w:t>aşağıdaki</w:t>
      </w:r>
      <w:proofErr w:type="spellEnd"/>
      <w:r w:rsidRPr="00654756">
        <w:rPr>
          <w:rFonts w:ascii="Calibri" w:hAnsi="Calibri" w:cs="Calibri"/>
        </w:rPr>
        <w:t xml:space="preserve"> </w:t>
      </w:r>
      <w:proofErr w:type="spellStart"/>
      <w:r w:rsidRPr="00654756">
        <w:rPr>
          <w:rFonts w:ascii="Calibri" w:hAnsi="Calibri" w:cs="Calibri"/>
        </w:rPr>
        <w:t>belgelerin</w:t>
      </w:r>
      <w:proofErr w:type="spellEnd"/>
      <w:r w:rsidRPr="00654756">
        <w:rPr>
          <w:rFonts w:ascii="Calibri" w:hAnsi="Calibri" w:cs="Calibri"/>
        </w:rPr>
        <w:t xml:space="preserve"> </w:t>
      </w:r>
      <w:proofErr w:type="spellStart"/>
      <w:r w:rsidRPr="00654756">
        <w:rPr>
          <w:rFonts w:ascii="Calibri" w:hAnsi="Calibri" w:cs="Calibri"/>
        </w:rPr>
        <w:t>enstitüye</w:t>
      </w:r>
      <w:proofErr w:type="spellEnd"/>
      <w:r w:rsidRPr="00654756">
        <w:rPr>
          <w:rFonts w:ascii="Calibri" w:hAnsi="Calibri" w:cs="Calibri"/>
        </w:rPr>
        <w:t xml:space="preserve"> </w:t>
      </w:r>
      <w:proofErr w:type="spellStart"/>
      <w:r w:rsidRPr="00654756">
        <w:rPr>
          <w:rFonts w:ascii="Calibri" w:hAnsi="Calibri" w:cs="Calibri"/>
        </w:rPr>
        <w:t>teslim</w:t>
      </w:r>
      <w:proofErr w:type="spellEnd"/>
      <w:r w:rsidRPr="00654756">
        <w:rPr>
          <w:rFonts w:ascii="Calibri" w:hAnsi="Calibri" w:cs="Calibri"/>
        </w:rPr>
        <w:t xml:space="preserve"> </w:t>
      </w:r>
      <w:proofErr w:type="spellStart"/>
      <w:r w:rsidRPr="00654756">
        <w:rPr>
          <w:rFonts w:ascii="Calibri" w:hAnsi="Calibri" w:cs="Calibri"/>
        </w:rPr>
        <w:t>edilmesi</w:t>
      </w:r>
      <w:proofErr w:type="spellEnd"/>
      <w:r w:rsidRPr="00654756">
        <w:rPr>
          <w:rFonts w:ascii="Calibri" w:hAnsi="Calibri" w:cs="Calibri"/>
        </w:rPr>
        <w:t xml:space="preserve"> </w:t>
      </w:r>
      <w:proofErr w:type="spellStart"/>
      <w:r w:rsidRPr="00654756">
        <w:rPr>
          <w:rFonts w:ascii="Calibri" w:hAnsi="Calibri" w:cs="Calibri"/>
        </w:rPr>
        <w:t>gerekir</w:t>
      </w:r>
      <w:proofErr w:type="spellEnd"/>
      <w:r w:rsidRPr="00654756">
        <w:rPr>
          <w:rFonts w:ascii="Calibri" w:hAnsi="Calibri" w:cs="Calibri"/>
        </w:rPr>
        <w:t>.</w:t>
      </w:r>
    </w:p>
    <w:p w14:paraId="5CE6671D" w14:textId="77777777" w:rsidR="00F453A2" w:rsidRPr="00654756" w:rsidRDefault="00F453A2" w:rsidP="00F453A2">
      <w:pPr>
        <w:pStyle w:val="Intro"/>
        <w:spacing w:after="0" w:line="240" w:lineRule="auto"/>
        <w:jc w:val="both"/>
        <w:rPr>
          <w:rFonts w:ascii="Calibri" w:hAnsi="Calibri" w:cs="Calibri"/>
        </w:rPr>
      </w:pPr>
    </w:p>
    <w:p w14:paraId="285E4E5A" w14:textId="77777777" w:rsidR="00B4263C" w:rsidRPr="00654756" w:rsidRDefault="008E7B41" w:rsidP="00F453A2">
      <w:pPr>
        <w:numPr>
          <w:ilvl w:val="0"/>
          <w:numId w:val="18"/>
        </w:numPr>
        <w:spacing w:after="0" w:line="240" w:lineRule="auto"/>
        <w:jc w:val="both"/>
        <w:rPr>
          <w:rFonts w:ascii="Calibri" w:hAnsi="Calibri" w:cs="Calibri"/>
        </w:rPr>
      </w:pPr>
      <w:proofErr w:type="spellStart"/>
      <w:r w:rsidRPr="00654756">
        <w:rPr>
          <w:rFonts w:ascii="Calibri" w:hAnsi="Calibri" w:cs="Calibri"/>
        </w:rPr>
        <w:t>Ciltlenmiş</w:t>
      </w:r>
      <w:proofErr w:type="spellEnd"/>
      <w:r w:rsidRPr="00654756">
        <w:rPr>
          <w:rFonts w:ascii="Calibri" w:hAnsi="Calibri" w:cs="Calibri"/>
        </w:rPr>
        <w:t xml:space="preserve">, </w:t>
      </w:r>
      <w:proofErr w:type="spellStart"/>
      <w:r w:rsidRPr="00654756">
        <w:rPr>
          <w:rFonts w:ascii="Calibri" w:hAnsi="Calibri" w:cs="Calibri"/>
        </w:rPr>
        <w:t>ıslak</w:t>
      </w:r>
      <w:proofErr w:type="spellEnd"/>
      <w:r w:rsidRPr="00654756">
        <w:rPr>
          <w:rFonts w:ascii="Calibri" w:hAnsi="Calibri" w:cs="Calibri"/>
        </w:rPr>
        <w:t xml:space="preserve"> </w:t>
      </w:r>
      <w:proofErr w:type="spellStart"/>
      <w:r w:rsidRPr="00654756">
        <w:rPr>
          <w:rFonts w:ascii="Calibri" w:hAnsi="Calibri" w:cs="Calibri"/>
        </w:rPr>
        <w:t>imzaları</w:t>
      </w:r>
      <w:proofErr w:type="spellEnd"/>
      <w:r w:rsidRPr="00654756">
        <w:rPr>
          <w:rFonts w:ascii="Calibri" w:hAnsi="Calibri" w:cs="Calibri"/>
        </w:rPr>
        <w:t xml:space="preserve"> </w:t>
      </w:r>
      <w:proofErr w:type="spellStart"/>
      <w:r w:rsidRPr="00654756">
        <w:rPr>
          <w:rFonts w:ascii="Calibri" w:hAnsi="Calibri" w:cs="Calibri"/>
        </w:rPr>
        <w:t>tamamlanmış</w:t>
      </w:r>
      <w:proofErr w:type="spellEnd"/>
      <w:r w:rsidRPr="00654756">
        <w:rPr>
          <w:rFonts w:ascii="Calibri" w:hAnsi="Calibri" w:cs="Calibri"/>
        </w:rPr>
        <w:t xml:space="preserve"> 1 </w:t>
      </w:r>
      <w:proofErr w:type="spellStart"/>
      <w:r w:rsidRPr="00654756">
        <w:rPr>
          <w:rFonts w:ascii="Calibri" w:hAnsi="Calibri" w:cs="Calibri"/>
        </w:rPr>
        <w:t>kopya</w:t>
      </w:r>
      <w:proofErr w:type="spellEnd"/>
      <w:r w:rsidRPr="00654756">
        <w:rPr>
          <w:rFonts w:ascii="Calibri" w:hAnsi="Calibri" w:cs="Calibri"/>
        </w:rPr>
        <w:t xml:space="preserve"> </w:t>
      </w:r>
      <w:proofErr w:type="spellStart"/>
      <w:r w:rsidRPr="00654756">
        <w:rPr>
          <w:rFonts w:ascii="Calibri" w:hAnsi="Calibri" w:cs="Calibri"/>
        </w:rPr>
        <w:t>nihai</w:t>
      </w:r>
      <w:proofErr w:type="spellEnd"/>
      <w:r w:rsidRPr="00654756">
        <w:rPr>
          <w:rFonts w:ascii="Calibri" w:hAnsi="Calibri" w:cs="Calibri"/>
        </w:rPr>
        <w:t xml:space="preserve"> </w:t>
      </w:r>
      <w:proofErr w:type="spellStart"/>
      <w:r w:rsidRPr="00654756">
        <w:rPr>
          <w:rFonts w:ascii="Calibri" w:hAnsi="Calibri" w:cs="Calibri"/>
        </w:rPr>
        <w:t>tez</w:t>
      </w:r>
      <w:proofErr w:type="spellEnd"/>
      <w:r w:rsidRPr="00654756">
        <w:rPr>
          <w:rFonts w:ascii="Calibri" w:hAnsi="Calibri" w:cs="Calibri"/>
        </w:rPr>
        <w:t>.</w:t>
      </w:r>
    </w:p>
    <w:p w14:paraId="44F0A6FD" w14:textId="020F2082" w:rsidR="00B4263C" w:rsidRPr="00654756" w:rsidRDefault="00B252C6" w:rsidP="00F453A2">
      <w:pPr>
        <w:numPr>
          <w:ilvl w:val="0"/>
          <w:numId w:val="18"/>
        </w:numPr>
        <w:spacing w:after="0" w:line="240" w:lineRule="auto"/>
        <w:jc w:val="both"/>
        <w:rPr>
          <w:rFonts w:ascii="Calibri" w:hAnsi="Calibri" w:cs="Calibri"/>
        </w:rPr>
      </w:pPr>
      <w:proofErr w:type="spellStart"/>
      <w:r w:rsidRPr="00654756">
        <w:rPr>
          <w:rFonts w:ascii="Calibri" w:hAnsi="Calibri" w:cs="Calibri"/>
        </w:rPr>
        <w:t>Islak</w:t>
      </w:r>
      <w:proofErr w:type="spellEnd"/>
      <w:r w:rsidRPr="00654756">
        <w:rPr>
          <w:rFonts w:ascii="Calibri" w:hAnsi="Calibri" w:cs="Calibri"/>
        </w:rPr>
        <w:t xml:space="preserve"> </w:t>
      </w:r>
      <w:proofErr w:type="spellStart"/>
      <w:r w:rsidRPr="00654756">
        <w:rPr>
          <w:rFonts w:ascii="Calibri" w:hAnsi="Calibri" w:cs="Calibri"/>
        </w:rPr>
        <w:t>imzalı</w:t>
      </w:r>
      <w:proofErr w:type="spellEnd"/>
      <w:r w:rsidRPr="00654756">
        <w:rPr>
          <w:rFonts w:ascii="Calibri" w:hAnsi="Calibri" w:cs="Calibri"/>
        </w:rPr>
        <w:t xml:space="preserve"> </w:t>
      </w:r>
      <w:hyperlink r:id="rId18" w:history="1">
        <w:r w:rsidR="000A7B00" w:rsidRPr="00654756">
          <w:rPr>
            <w:rStyle w:val="Hyperlink"/>
            <w:rFonts w:ascii="Calibri" w:hAnsi="Calibri" w:cs="Calibri"/>
            <w:b/>
          </w:rPr>
          <w:t>“</w:t>
        </w:r>
        <w:r w:rsidRPr="00654756">
          <w:rPr>
            <w:rStyle w:val="Hyperlink"/>
            <w:rFonts w:ascii="Calibri" w:hAnsi="Calibri" w:cs="Calibri"/>
            <w:b/>
          </w:rPr>
          <w:t>Tez Teslim Dilekçesi</w:t>
        </w:r>
        <w:r w:rsidR="000A7B00" w:rsidRPr="00654756">
          <w:rPr>
            <w:rStyle w:val="Hyperlink"/>
            <w:rFonts w:ascii="Calibri" w:hAnsi="Calibri" w:cs="Calibri"/>
            <w:b/>
          </w:rPr>
          <w:t>”</w:t>
        </w:r>
      </w:hyperlink>
      <w:r w:rsidRPr="00654756">
        <w:rPr>
          <w:rFonts w:ascii="Calibri" w:hAnsi="Calibri" w:cs="Calibri"/>
        </w:rPr>
        <w:t xml:space="preserve"> (dsai.bogazici.edu.tr </w:t>
      </w:r>
      <w:proofErr w:type="spellStart"/>
      <w:r w:rsidRPr="00654756">
        <w:rPr>
          <w:rFonts w:ascii="Calibri" w:hAnsi="Calibri" w:cs="Calibri"/>
        </w:rPr>
        <w:t>adresinde</w:t>
      </w:r>
      <w:proofErr w:type="spellEnd"/>
      <w:r w:rsidRPr="00654756">
        <w:rPr>
          <w:rFonts w:ascii="Calibri" w:hAnsi="Calibri" w:cs="Calibri"/>
        </w:rPr>
        <w:t xml:space="preserve"> </w:t>
      </w:r>
      <w:proofErr w:type="spellStart"/>
      <w:r w:rsidRPr="00654756">
        <w:rPr>
          <w:rFonts w:ascii="Calibri" w:hAnsi="Calibri" w:cs="Calibri"/>
        </w:rPr>
        <w:t>bulunabilir</w:t>
      </w:r>
      <w:proofErr w:type="spellEnd"/>
      <w:r w:rsidRPr="00654756">
        <w:rPr>
          <w:rFonts w:ascii="Calibri" w:hAnsi="Calibri" w:cs="Calibri"/>
        </w:rPr>
        <w:t>).</w:t>
      </w:r>
    </w:p>
    <w:p w14:paraId="3A483EE3" w14:textId="52275532" w:rsidR="00B252C6" w:rsidRPr="00654756" w:rsidRDefault="0064023F" w:rsidP="00F453A2">
      <w:pPr>
        <w:numPr>
          <w:ilvl w:val="0"/>
          <w:numId w:val="18"/>
        </w:numPr>
        <w:spacing w:after="0" w:line="240" w:lineRule="auto"/>
        <w:jc w:val="both"/>
        <w:rPr>
          <w:rFonts w:ascii="Calibri" w:hAnsi="Calibri" w:cs="Calibri"/>
        </w:rPr>
      </w:pPr>
      <w:r w:rsidRPr="00654756">
        <w:rPr>
          <w:rFonts w:ascii="Calibri" w:hAnsi="Calibri" w:cs="Calibri"/>
        </w:rPr>
        <w:t xml:space="preserve">2 </w:t>
      </w:r>
      <w:proofErr w:type="spellStart"/>
      <w:r w:rsidRPr="00654756">
        <w:rPr>
          <w:rFonts w:ascii="Calibri" w:hAnsi="Calibri" w:cs="Calibri"/>
        </w:rPr>
        <w:t>adet</w:t>
      </w:r>
      <w:proofErr w:type="spellEnd"/>
      <w:r w:rsidRPr="00654756">
        <w:rPr>
          <w:rFonts w:ascii="Calibri" w:hAnsi="Calibri" w:cs="Calibri"/>
        </w:rPr>
        <w:t xml:space="preserve"> </w:t>
      </w:r>
      <w:proofErr w:type="spellStart"/>
      <w:r w:rsidRPr="00654756">
        <w:rPr>
          <w:rFonts w:ascii="Calibri" w:hAnsi="Calibri" w:cs="Calibri"/>
        </w:rPr>
        <w:t>ıslak</w:t>
      </w:r>
      <w:proofErr w:type="spellEnd"/>
      <w:r w:rsidRPr="00654756">
        <w:rPr>
          <w:rFonts w:ascii="Calibri" w:hAnsi="Calibri" w:cs="Calibri"/>
        </w:rPr>
        <w:t xml:space="preserve"> </w:t>
      </w:r>
      <w:proofErr w:type="spellStart"/>
      <w:r w:rsidRPr="00654756">
        <w:rPr>
          <w:rFonts w:ascii="Calibri" w:hAnsi="Calibri" w:cs="Calibri"/>
        </w:rPr>
        <w:t>imzalı</w:t>
      </w:r>
      <w:proofErr w:type="spellEnd"/>
      <w:r w:rsidRPr="00654756">
        <w:rPr>
          <w:rFonts w:ascii="Calibri" w:hAnsi="Calibri" w:cs="Calibri"/>
        </w:rPr>
        <w:t xml:space="preserve"> </w:t>
      </w:r>
      <w:r w:rsidR="000A7B00" w:rsidRPr="00654756">
        <w:rPr>
          <w:rFonts w:ascii="Calibri" w:hAnsi="Calibri" w:cs="Calibri"/>
          <w:b/>
        </w:rPr>
        <w:t>“</w:t>
      </w:r>
      <w:r w:rsidR="002E0F53">
        <w:rPr>
          <w:rFonts w:ascii="Calibri" w:hAnsi="Calibri" w:cs="Calibri"/>
          <w:b/>
        </w:rPr>
        <w:t xml:space="preserve">YÖK </w:t>
      </w:r>
      <w:r w:rsidRPr="00654756">
        <w:rPr>
          <w:rFonts w:ascii="Calibri" w:hAnsi="Calibri" w:cs="Calibri"/>
          <w:b/>
        </w:rPr>
        <w:t xml:space="preserve">Tez Veri </w:t>
      </w:r>
      <w:proofErr w:type="spellStart"/>
      <w:r w:rsidRPr="00654756">
        <w:rPr>
          <w:rFonts w:ascii="Calibri" w:hAnsi="Calibri" w:cs="Calibri"/>
          <w:b/>
        </w:rPr>
        <w:t>Giriş</w:t>
      </w:r>
      <w:proofErr w:type="spellEnd"/>
      <w:r w:rsidRPr="00654756">
        <w:rPr>
          <w:rFonts w:ascii="Calibri" w:hAnsi="Calibri" w:cs="Calibri"/>
          <w:b/>
        </w:rPr>
        <w:t xml:space="preserve"> </w:t>
      </w:r>
      <w:proofErr w:type="spellStart"/>
      <w:r w:rsidRPr="00654756">
        <w:rPr>
          <w:rFonts w:ascii="Calibri" w:hAnsi="Calibri" w:cs="Calibri"/>
          <w:b/>
        </w:rPr>
        <w:t>Formu</w:t>
      </w:r>
      <w:proofErr w:type="spellEnd"/>
      <w:r w:rsidR="000A7B00" w:rsidRPr="00654756">
        <w:rPr>
          <w:rFonts w:ascii="Calibri" w:hAnsi="Calibri" w:cs="Calibri"/>
          <w:b/>
        </w:rPr>
        <w:t>”</w:t>
      </w:r>
    </w:p>
    <w:p w14:paraId="24D5A1D0" w14:textId="49FC3242" w:rsidR="00F651D8" w:rsidRPr="00654756" w:rsidRDefault="000A7B00" w:rsidP="000A7B00">
      <w:pPr>
        <w:spacing w:after="0" w:line="240" w:lineRule="auto"/>
        <w:ind w:left="425"/>
        <w:jc w:val="both"/>
        <w:rPr>
          <w:rFonts w:ascii="Calibri" w:hAnsi="Calibri" w:cs="Calibri"/>
        </w:rPr>
      </w:pPr>
      <w:r w:rsidRPr="00654756">
        <w:rPr>
          <w:rFonts w:ascii="Calibri" w:hAnsi="Calibri" w:cs="Calibri"/>
        </w:rPr>
        <w:t>(</w:t>
      </w:r>
      <w:hyperlink r:id="rId19" w:history="1">
        <w:r w:rsidR="00B252C6" w:rsidRPr="00654756">
          <w:rPr>
            <w:rStyle w:val="Hyperlink"/>
            <w:rFonts w:ascii="Calibri" w:hAnsi="Calibri" w:cs="Calibri"/>
          </w:rPr>
          <w:t>https://tez.yok.gov.tr/UlusalTezMerkezi/</w:t>
        </w:r>
      </w:hyperlink>
      <w:r w:rsidR="00B252C6" w:rsidRPr="00654756">
        <w:rPr>
          <w:rFonts w:ascii="Calibri" w:hAnsi="Calibri" w:cs="Calibri"/>
        </w:rPr>
        <w:t xml:space="preserve"> </w:t>
      </w:r>
      <w:proofErr w:type="spellStart"/>
      <w:r w:rsidR="00B252C6" w:rsidRPr="00654756">
        <w:rPr>
          <w:rFonts w:ascii="Calibri" w:hAnsi="Calibri" w:cs="Calibri"/>
        </w:rPr>
        <w:t>adresinde</w:t>
      </w:r>
      <w:r w:rsidR="00195797" w:rsidRPr="00654756">
        <w:rPr>
          <w:rFonts w:ascii="Calibri" w:hAnsi="Calibri" w:cs="Calibri"/>
        </w:rPr>
        <w:t>n</w:t>
      </w:r>
      <w:proofErr w:type="spellEnd"/>
      <w:r w:rsidR="00B252C6" w:rsidRPr="00654756">
        <w:rPr>
          <w:rFonts w:ascii="Calibri" w:hAnsi="Calibri" w:cs="Calibri"/>
        </w:rPr>
        <w:t xml:space="preserve"> </w:t>
      </w:r>
      <w:r w:rsidR="002E0F53">
        <w:rPr>
          <w:rFonts w:ascii="Calibri" w:hAnsi="Calibri" w:cs="Calibri"/>
        </w:rPr>
        <w:t xml:space="preserve">e-Devlet </w:t>
      </w:r>
      <w:proofErr w:type="spellStart"/>
      <w:r w:rsidR="002E0F53">
        <w:rPr>
          <w:rFonts w:ascii="Calibri" w:hAnsi="Calibri" w:cs="Calibri"/>
        </w:rPr>
        <w:t>ile</w:t>
      </w:r>
      <w:proofErr w:type="spellEnd"/>
      <w:r w:rsidR="002E0F53">
        <w:rPr>
          <w:rFonts w:ascii="Calibri" w:hAnsi="Calibri" w:cs="Calibri"/>
        </w:rPr>
        <w:t xml:space="preserve"> </w:t>
      </w:r>
      <w:proofErr w:type="spellStart"/>
      <w:r w:rsidR="00F651D8" w:rsidRPr="00654756">
        <w:rPr>
          <w:rFonts w:ascii="Calibri" w:hAnsi="Calibri" w:cs="Calibri"/>
        </w:rPr>
        <w:t>giriş</w:t>
      </w:r>
      <w:proofErr w:type="spellEnd"/>
      <w:r w:rsidR="00F651D8" w:rsidRPr="00654756">
        <w:rPr>
          <w:rFonts w:ascii="Calibri" w:hAnsi="Calibri" w:cs="Calibri"/>
        </w:rPr>
        <w:t xml:space="preserve"> </w:t>
      </w:r>
      <w:proofErr w:type="spellStart"/>
      <w:r w:rsidR="00F651D8" w:rsidRPr="00654756">
        <w:rPr>
          <w:rFonts w:ascii="Calibri" w:hAnsi="Calibri" w:cs="Calibri"/>
        </w:rPr>
        <w:t>yapılır</w:t>
      </w:r>
      <w:proofErr w:type="spellEnd"/>
      <w:r w:rsidR="00F651D8" w:rsidRPr="00654756">
        <w:rPr>
          <w:rFonts w:ascii="Calibri" w:hAnsi="Calibri" w:cs="Calibri"/>
        </w:rPr>
        <w:t>. Form</w:t>
      </w:r>
      <w:r w:rsidR="00B252C6" w:rsidRPr="00654756">
        <w:rPr>
          <w:rFonts w:ascii="Calibri" w:hAnsi="Calibri" w:cs="Calibri"/>
        </w:rPr>
        <w:t xml:space="preserve"> </w:t>
      </w:r>
      <w:proofErr w:type="spellStart"/>
      <w:r w:rsidR="00B252C6" w:rsidRPr="00654756">
        <w:rPr>
          <w:rFonts w:ascii="Calibri" w:hAnsi="Calibri" w:cs="Calibri"/>
        </w:rPr>
        <w:t>aşağıdaki</w:t>
      </w:r>
      <w:proofErr w:type="spellEnd"/>
      <w:r w:rsidR="00B252C6" w:rsidRPr="00654756">
        <w:rPr>
          <w:rFonts w:ascii="Calibri" w:hAnsi="Calibri" w:cs="Calibri"/>
        </w:rPr>
        <w:t xml:space="preserve"> </w:t>
      </w:r>
      <w:proofErr w:type="spellStart"/>
      <w:r w:rsidR="00B252C6" w:rsidRPr="00654756">
        <w:rPr>
          <w:rFonts w:ascii="Calibri" w:hAnsi="Calibri" w:cs="Calibri"/>
        </w:rPr>
        <w:t>bilgilere</w:t>
      </w:r>
      <w:proofErr w:type="spellEnd"/>
      <w:r w:rsidR="00B252C6" w:rsidRPr="00654756">
        <w:rPr>
          <w:rFonts w:ascii="Calibri" w:hAnsi="Calibri" w:cs="Calibri"/>
        </w:rPr>
        <w:t xml:space="preserve"> </w:t>
      </w:r>
      <w:proofErr w:type="spellStart"/>
      <w:r w:rsidR="00B252C6" w:rsidRPr="00654756">
        <w:rPr>
          <w:rFonts w:ascii="Calibri" w:hAnsi="Calibri" w:cs="Calibri"/>
        </w:rPr>
        <w:t>dikkat</w:t>
      </w:r>
      <w:proofErr w:type="spellEnd"/>
      <w:r w:rsidR="00B252C6" w:rsidRPr="00654756">
        <w:rPr>
          <w:rFonts w:ascii="Calibri" w:hAnsi="Calibri" w:cs="Calibri"/>
        </w:rPr>
        <w:t xml:space="preserve"> </w:t>
      </w:r>
      <w:proofErr w:type="spellStart"/>
      <w:r w:rsidR="00B252C6" w:rsidRPr="00654756">
        <w:rPr>
          <w:rFonts w:ascii="Calibri" w:hAnsi="Calibri" w:cs="Calibri"/>
        </w:rPr>
        <w:t>ederek</w:t>
      </w:r>
      <w:proofErr w:type="spellEnd"/>
      <w:r w:rsidR="00F651D8" w:rsidRPr="00654756">
        <w:rPr>
          <w:rFonts w:ascii="Calibri" w:hAnsi="Calibri" w:cs="Calibri"/>
        </w:rPr>
        <w:t xml:space="preserve"> </w:t>
      </w:r>
      <w:proofErr w:type="spellStart"/>
      <w:r w:rsidR="00F651D8" w:rsidRPr="00654756">
        <w:rPr>
          <w:rFonts w:ascii="Calibri" w:hAnsi="Calibri" w:cs="Calibri"/>
        </w:rPr>
        <w:t>doldurulur</w:t>
      </w:r>
      <w:proofErr w:type="spellEnd"/>
      <w:r w:rsidR="00F651D8" w:rsidRPr="00654756">
        <w:rPr>
          <w:rFonts w:ascii="Calibri" w:hAnsi="Calibri" w:cs="Calibri"/>
        </w:rPr>
        <w:t xml:space="preserve"> </w:t>
      </w:r>
      <w:proofErr w:type="spellStart"/>
      <w:r w:rsidR="00F651D8" w:rsidRPr="00654756">
        <w:rPr>
          <w:rFonts w:ascii="Calibri" w:hAnsi="Calibri" w:cs="Calibri"/>
        </w:rPr>
        <w:t>ve</w:t>
      </w:r>
      <w:proofErr w:type="spellEnd"/>
      <w:r w:rsidR="00F651D8" w:rsidRPr="00654756">
        <w:rPr>
          <w:rFonts w:ascii="Calibri" w:hAnsi="Calibri" w:cs="Calibri"/>
        </w:rPr>
        <w:t xml:space="preserve"> </w:t>
      </w:r>
      <w:proofErr w:type="spellStart"/>
      <w:r w:rsidR="00F651D8" w:rsidRPr="00654756">
        <w:rPr>
          <w:rFonts w:ascii="Calibri" w:hAnsi="Calibri" w:cs="Calibri"/>
        </w:rPr>
        <w:t>kaydedilir</w:t>
      </w:r>
      <w:proofErr w:type="spellEnd"/>
      <w:r w:rsidR="00F651D8" w:rsidRPr="00654756">
        <w:rPr>
          <w:rFonts w:ascii="Calibri" w:hAnsi="Calibri" w:cs="Calibri"/>
        </w:rPr>
        <w:t>.</w:t>
      </w:r>
      <w:r w:rsidRPr="00654756">
        <w:rPr>
          <w:rFonts w:ascii="Calibri" w:hAnsi="Calibri" w:cs="Calibri"/>
        </w:rPr>
        <w:t>)</w:t>
      </w:r>
    </w:p>
    <w:p w14:paraId="4B437B0F" w14:textId="77777777" w:rsidR="00F453A2" w:rsidRPr="00654756" w:rsidRDefault="00F453A2" w:rsidP="00F453A2">
      <w:pPr>
        <w:spacing w:after="0" w:line="240" w:lineRule="auto"/>
        <w:jc w:val="both"/>
        <w:rPr>
          <w:rFonts w:ascii="Calibri" w:hAnsi="Calibri" w:cs="Calibri"/>
        </w:rPr>
      </w:pPr>
    </w:p>
    <w:tbl>
      <w:tblPr>
        <w:tblStyle w:val="GridTable6Colorful-Accent1"/>
        <w:tblW w:w="8406" w:type="dxa"/>
        <w:tblInd w:w="803" w:type="dxa"/>
        <w:tblLayout w:type="fixed"/>
        <w:tblLook w:val="0200" w:firstRow="0" w:lastRow="0" w:firstColumn="0" w:lastColumn="0" w:noHBand="1" w:noVBand="0"/>
      </w:tblPr>
      <w:tblGrid>
        <w:gridCol w:w="1886"/>
        <w:gridCol w:w="6520"/>
      </w:tblGrid>
      <w:tr w:rsidR="00F453A2" w:rsidRPr="00654756" w14:paraId="01996BAA" w14:textId="77777777" w:rsidTr="00365168">
        <w:trPr>
          <w:trHeight w:val="20"/>
        </w:trPr>
        <w:tc>
          <w:tcPr>
            <w:cnfStyle w:val="000010000000" w:firstRow="0" w:lastRow="0" w:firstColumn="0" w:lastColumn="0" w:oddVBand="1" w:evenVBand="0" w:oddHBand="0" w:evenHBand="0" w:firstRowFirstColumn="0" w:firstRowLastColumn="0" w:lastRowFirstColumn="0" w:lastRowLastColumn="0"/>
            <w:tcW w:w="1886" w:type="dxa"/>
          </w:tcPr>
          <w:p w14:paraId="32AD7571" w14:textId="77777777" w:rsidR="00F651D8" w:rsidRPr="00654756" w:rsidRDefault="00F651D8" w:rsidP="00B252C6">
            <w:pPr>
              <w:keepNext/>
              <w:spacing w:before="60" w:after="60" w:line="276" w:lineRule="auto"/>
              <w:rPr>
                <w:rFonts w:ascii="Calibri" w:hAnsi="Calibri" w:cs="Calibri"/>
                <w:color w:val="auto"/>
              </w:rPr>
            </w:pPr>
            <w:r w:rsidRPr="00654756">
              <w:rPr>
                <w:rFonts w:ascii="Calibri" w:hAnsi="Calibri" w:cs="Calibri"/>
                <w:b/>
                <w:color w:val="auto"/>
              </w:rPr>
              <w:lastRenderedPageBreak/>
              <w:t>Tezin Dili</w:t>
            </w:r>
          </w:p>
        </w:tc>
        <w:tc>
          <w:tcPr>
            <w:tcW w:w="6520" w:type="dxa"/>
          </w:tcPr>
          <w:p w14:paraId="437F3177" w14:textId="77777777" w:rsidR="00F651D8" w:rsidRPr="00654756" w:rsidRDefault="00F651D8" w:rsidP="00B252C6">
            <w:pPr>
              <w:keepNext/>
              <w:spacing w:before="60" w:after="6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auto"/>
              </w:rPr>
            </w:pPr>
            <w:proofErr w:type="spellStart"/>
            <w:r w:rsidRPr="00654756">
              <w:rPr>
                <w:rFonts w:ascii="Calibri" w:hAnsi="Calibri" w:cs="Calibri"/>
                <w:color w:val="auto"/>
              </w:rPr>
              <w:t>İngilizce</w:t>
            </w:r>
            <w:proofErr w:type="spellEnd"/>
          </w:p>
        </w:tc>
      </w:tr>
      <w:tr w:rsidR="00F453A2" w:rsidRPr="00654756" w14:paraId="0FA82717" w14:textId="77777777" w:rsidTr="00365168">
        <w:trPr>
          <w:trHeight w:val="20"/>
        </w:trPr>
        <w:tc>
          <w:tcPr>
            <w:cnfStyle w:val="000010000000" w:firstRow="0" w:lastRow="0" w:firstColumn="0" w:lastColumn="0" w:oddVBand="1" w:evenVBand="0" w:oddHBand="0" w:evenHBand="0" w:firstRowFirstColumn="0" w:firstRowLastColumn="0" w:lastRowFirstColumn="0" w:lastRowLastColumn="0"/>
            <w:tcW w:w="1886" w:type="dxa"/>
          </w:tcPr>
          <w:p w14:paraId="75C40C88" w14:textId="77777777" w:rsidR="00F651D8" w:rsidRPr="00654756" w:rsidRDefault="00F651D8" w:rsidP="00B252C6">
            <w:pPr>
              <w:keepNext/>
              <w:spacing w:before="60" w:after="60" w:line="276" w:lineRule="auto"/>
              <w:rPr>
                <w:rFonts w:ascii="Calibri" w:hAnsi="Calibri" w:cs="Calibri"/>
                <w:color w:val="auto"/>
              </w:rPr>
            </w:pPr>
            <w:r w:rsidRPr="00654756">
              <w:rPr>
                <w:rFonts w:ascii="Calibri" w:hAnsi="Calibri" w:cs="Calibri"/>
                <w:b/>
                <w:color w:val="auto"/>
              </w:rPr>
              <w:t xml:space="preserve">Tezin </w:t>
            </w:r>
            <w:proofErr w:type="spellStart"/>
            <w:r w:rsidRPr="00654756">
              <w:rPr>
                <w:rFonts w:ascii="Calibri" w:hAnsi="Calibri" w:cs="Calibri"/>
                <w:b/>
                <w:color w:val="auto"/>
              </w:rPr>
              <w:t>Adı</w:t>
            </w:r>
            <w:proofErr w:type="spellEnd"/>
            <w:r w:rsidRPr="00654756">
              <w:rPr>
                <w:rFonts w:ascii="Calibri" w:hAnsi="Calibri" w:cs="Calibri"/>
                <w:b/>
                <w:color w:val="auto"/>
              </w:rPr>
              <w:t xml:space="preserve"> (Özgün)</w:t>
            </w:r>
          </w:p>
        </w:tc>
        <w:tc>
          <w:tcPr>
            <w:tcW w:w="6520" w:type="dxa"/>
          </w:tcPr>
          <w:p w14:paraId="7D21AAF3" w14:textId="6B20F8AC" w:rsidR="00F651D8" w:rsidRPr="00654756" w:rsidRDefault="008B6F30" w:rsidP="00B252C6">
            <w:pPr>
              <w:keepNext/>
              <w:spacing w:before="60" w:after="6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auto"/>
              </w:rPr>
            </w:pPr>
            <w:r>
              <w:rPr>
                <w:rFonts w:ascii="Calibri" w:hAnsi="Calibri" w:cs="Calibri"/>
                <w:color w:val="auto"/>
              </w:rPr>
              <w:t xml:space="preserve">Tezin </w:t>
            </w:r>
            <w:proofErr w:type="spellStart"/>
            <w:r>
              <w:rPr>
                <w:rFonts w:ascii="Calibri" w:hAnsi="Calibri" w:cs="Calibri"/>
                <w:color w:val="auto"/>
              </w:rPr>
              <w:t>İngilizce</w:t>
            </w:r>
            <w:proofErr w:type="spellEnd"/>
            <w:r>
              <w:rPr>
                <w:rFonts w:ascii="Calibri" w:hAnsi="Calibri" w:cs="Calibri"/>
                <w:color w:val="auto"/>
              </w:rPr>
              <w:t xml:space="preserve"> </w:t>
            </w:r>
            <w:proofErr w:type="spellStart"/>
            <w:r>
              <w:rPr>
                <w:rFonts w:ascii="Calibri" w:hAnsi="Calibri" w:cs="Calibri"/>
                <w:color w:val="auto"/>
              </w:rPr>
              <w:t>başlığı</w:t>
            </w:r>
            <w:proofErr w:type="spellEnd"/>
          </w:p>
        </w:tc>
      </w:tr>
      <w:tr w:rsidR="00F453A2" w:rsidRPr="00654756" w14:paraId="75670D4B" w14:textId="77777777" w:rsidTr="00365168">
        <w:trPr>
          <w:trHeight w:val="20"/>
        </w:trPr>
        <w:tc>
          <w:tcPr>
            <w:cnfStyle w:val="000010000000" w:firstRow="0" w:lastRow="0" w:firstColumn="0" w:lastColumn="0" w:oddVBand="1" w:evenVBand="0" w:oddHBand="0" w:evenHBand="0" w:firstRowFirstColumn="0" w:firstRowLastColumn="0" w:lastRowFirstColumn="0" w:lastRowLastColumn="0"/>
            <w:tcW w:w="1886" w:type="dxa"/>
          </w:tcPr>
          <w:p w14:paraId="40F045BE" w14:textId="77777777" w:rsidR="00F651D8" w:rsidRPr="00654756" w:rsidRDefault="00F651D8" w:rsidP="00B252C6">
            <w:pPr>
              <w:keepNext/>
              <w:spacing w:before="60" w:after="60" w:line="276" w:lineRule="auto"/>
              <w:rPr>
                <w:rFonts w:ascii="Calibri" w:hAnsi="Calibri" w:cs="Calibri"/>
                <w:color w:val="auto"/>
              </w:rPr>
            </w:pPr>
            <w:r w:rsidRPr="00654756">
              <w:rPr>
                <w:rFonts w:ascii="Calibri" w:hAnsi="Calibri" w:cs="Calibri"/>
                <w:b/>
                <w:color w:val="auto"/>
              </w:rPr>
              <w:t xml:space="preserve">Tezin </w:t>
            </w:r>
            <w:proofErr w:type="spellStart"/>
            <w:r w:rsidRPr="00654756">
              <w:rPr>
                <w:rFonts w:ascii="Calibri" w:hAnsi="Calibri" w:cs="Calibri"/>
                <w:b/>
                <w:color w:val="auto"/>
              </w:rPr>
              <w:t>Adı</w:t>
            </w:r>
            <w:proofErr w:type="spellEnd"/>
            <w:r w:rsidRPr="00654756">
              <w:rPr>
                <w:rFonts w:ascii="Calibri" w:hAnsi="Calibri" w:cs="Calibri"/>
                <w:b/>
                <w:color w:val="auto"/>
              </w:rPr>
              <w:t xml:space="preserve"> (</w:t>
            </w:r>
            <w:proofErr w:type="spellStart"/>
            <w:r w:rsidRPr="00654756">
              <w:rPr>
                <w:rFonts w:ascii="Calibri" w:hAnsi="Calibri" w:cs="Calibri"/>
                <w:b/>
                <w:color w:val="auto"/>
              </w:rPr>
              <w:t>Çeviri</w:t>
            </w:r>
            <w:proofErr w:type="spellEnd"/>
            <w:r w:rsidRPr="00654756">
              <w:rPr>
                <w:rFonts w:ascii="Calibri" w:hAnsi="Calibri" w:cs="Calibri"/>
                <w:b/>
                <w:color w:val="auto"/>
              </w:rPr>
              <w:t>)</w:t>
            </w:r>
          </w:p>
        </w:tc>
        <w:tc>
          <w:tcPr>
            <w:tcW w:w="6520" w:type="dxa"/>
          </w:tcPr>
          <w:p w14:paraId="5CB06031" w14:textId="6AF0D17F" w:rsidR="00F651D8" w:rsidRPr="00654756" w:rsidRDefault="008B6F30" w:rsidP="00B252C6">
            <w:pPr>
              <w:keepNext/>
              <w:spacing w:before="60" w:after="6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auto"/>
              </w:rPr>
            </w:pPr>
            <w:r>
              <w:rPr>
                <w:rFonts w:ascii="Calibri" w:hAnsi="Calibri" w:cs="Calibri"/>
                <w:color w:val="auto"/>
              </w:rPr>
              <w:t xml:space="preserve">Tez </w:t>
            </w:r>
            <w:proofErr w:type="spellStart"/>
            <w:r>
              <w:rPr>
                <w:rFonts w:ascii="Calibri" w:hAnsi="Calibri" w:cs="Calibri"/>
                <w:color w:val="auto"/>
              </w:rPr>
              <w:t>başlığının</w:t>
            </w:r>
            <w:proofErr w:type="spellEnd"/>
            <w:r>
              <w:rPr>
                <w:rFonts w:ascii="Calibri" w:hAnsi="Calibri" w:cs="Calibri"/>
                <w:color w:val="auto"/>
              </w:rPr>
              <w:t xml:space="preserve"> </w:t>
            </w:r>
            <w:proofErr w:type="spellStart"/>
            <w:r>
              <w:rPr>
                <w:rFonts w:ascii="Calibri" w:hAnsi="Calibri" w:cs="Calibri"/>
                <w:color w:val="auto"/>
              </w:rPr>
              <w:t>Türkçe</w:t>
            </w:r>
            <w:proofErr w:type="spellEnd"/>
            <w:r>
              <w:rPr>
                <w:rFonts w:ascii="Calibri" w:hAnsi="Calibri" w:cs="Calibri"/>
                <w:color w:val="auto"/>
              </w:rPr>
              <w:t xml:space="preserve"> </w:t>
            </w:r>
            <w:proofErr w:type="spellStart"/>
            <w:r>
              <w:rPr>
                <w:rFonts w:ascii="Calibri" w:hAnsi="Calibri" w:cs="Calibri"/>
                <w:color w:val="auto"/>
              </w:rPr>
              <w:t>çevirisi</w:t>
            </w:r>
            <w:proofErr w:type="spellEnd"/>
          </w:p>
        </w:tc>
      </w:tr>
      <w:tr w:rsidR="00F453A2" w:rsidRPr="00654756" w14:paraId="21DA880C" w14:textId="77777777" w:rsidTr="00365168">
        <w:trPr>
          <w:trHeight w:val="20"/>
        </w:trPr>
        <w:tc>
          <w:tcPr>
            <w:cnfStyle w:val="000010000000" w:firstRow="0" w:lastRow="0" w:firstColumn="0" w:lastColumn="0" w:oddVBand="1" w:evenVBand="0" w:oddHBand="0" w:evenHBand="0" w:firstRowFirstColumn="0" w:firstRowLastColumn="0" w:lastRowFirstColumn="0" w:lastRowLastColumn="0"/>
            <w:tcW w:w="1886" w:type="dxa"/>
          </w:tcPr>
          <w:p w14:paraId="0D75D9C1" w14:textId="77777777" w:rsidR="00F651D8" w:rsidRPr="00654756" w:rsidRDefault="00F651D8" w:rsidP="00B252C6">
            <w:pPr>
              <w:keepNext/>
              <w:spacing w:before="60" w:after="60" w:line="276" w:lineRule="auto"/>
              <w:rPr>
                <w:rFonts w:ascii="Calibri" w:hAnsi="Calibri" w:cs="Calibri"/>
                <w:color w:val="auto"/>
              </w:rPr>
            </w:pPr>
            <w:proofErr w:type="spellStart"/>
            <w:r w:rsidRPr="00654756">
              <w:rPr>
                <w:rFonts w:ascii="Calibri" w:hAnsi="Calibri" w:cs="Calibri"/>
                <w:b/>
                <w:color w:val="auto"/>
              </w:rPr>
              <w:t>Konu</w:t>
            </w:r>
            <w:proofErr w:type="spellEnd"/>
          </w:p>
        </w:tc>
        <w:tc>
          <w:tcPr>
            <w:tcW w:w="6520" w:type="dxa"/>
          </w:tcPr>
          <w:p w14:paraId="7D2F7CFA" w14:textId="66456840" w:rsidR="00F651D8" w:rsidRPr="00654756" w:rsidRDefault="002E0F53" w:rsidP="00B252C6">
            <w:pPr>
              <w:keepNext/>
              <w:spacing w:before="60" w:after="6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auto"/>
              </w:rPr>
            </w:pPr>
            <w:proofErr w:type="spellStart"/>
            <w:r>
              <w:rPr>
                <w:rFonts w:ascii="Calibri" w:hAnsi="Calibri" w:cs="Calibri"/>
                <w:color w:val="auto"/>
              </w:rPr>
              <w:t>Çalışmanıza</w:t>
            </w:r>
            <w:proofErr w:type="spellEnd"/>
            <w:r w:rsidR="00F651D8" w:rsidRPr="00654756">
              <w:rPr>
                <w:rFonts w:ascii="Calibri" w:hAnsi="Calibri" w:cs="Calibri"/>
                <w:color w:val="auto"/>
              </w:rPr>
              <w:t xml:space="preserve"> </w:t>
            </w:r>
            <w:proofErr w:type="spellStart"/>
            <w:r w:rsidR="00F651D8" w:rsidRPr="00654756">
              <w:rPr>
                <w:rFonts w:ascii="Calibri" w:hAnsi="Calibri" w:cs="Calibri"/>
                <w:color w:val="auto"/>
              </w:rPr>
              <w:t>en</w:t>
            </w:r>
            <w:proofErr w:type="spellEnd"/>
            <w:r w:rsidR="00F651D8" w:rsidRPr="00654756">
              <w:rPr>
                <w:rFonts w:ascii="Calibri" w:hAnsi="Calibri" w:cs="Calibri"/>
                <w:color w:val="auto"/>
              </w:rPr>
              <w:t xml:space="preserve"> </w:t>
            </w:r>
            <w:proofErr w:type="spellStart"/>
            <w:r w:rsidR="00F651D8" w:rsidRPr="00654756">
              <w:rPr>
                <w:rFonts w:ascii="Calibri" w:hAnsi="Calibri" w:cs="Calibri"/>
                <w:color w:val="auto"/>
              </w:rPr>
              <w:t>yakın</w:t>
            </w:r>
            <w:proofErr w:type="spellEnd"/>
            <w:r w:rsidR="00F651D8" w:rsidRPr="00654756">
              <w:rPr>
                <w:rFonts w:ascii="Calibri" w:hAnsi="Calibri" w:cs="Calibri"/>
                <w:color w:val="auto"/>
              </w:rPr>
              <w:t xml:space="preserve"> </w:t>
            </w:r>
            <w:proofErr w:type="spellStart"/>
            <w:r w:rsidR="008B6F30">
              <w:rPr>
                <w:rFonts w:ascii="Calibri" w:hAnsi="Calibri" w:cs="Calibri"/>
                <w:color w:val="auto"/>
              </w:rPr>
              <w:t>seçenekleri</w:t>
            </w:r>
            <w:proofErr w:type="spellEnd"/>
            <w:r w:rsidR="008B6F30" w:rsidRPr="00654756">
              <w:rPr>
                <w:rFonts w:ascii="Calibri" w:hAnsi="Calibri" w:cs="Calibri"/>
                <w:color w:val="auto"/>
              </w:rPr>
              <w:t xml:space="preserve"> </w:t>
            </w:r>
            <w:proofErr w:type="spellStart"/>
            <w:r w:rsidR="00F651D8" w:rsidRPr="00654756">
              <w:rPr>
                <w:rFonts w:ascii="Calibri" w:hAnsi="Calibri" w:cs="Calibri"/>
                <w:color w:val="auto"/>
              </w:rPr>
              <w:t>seçiniz</w:t>
            </w:r>
            <w:proofErr w:type="spellEnd"/>
          </w:p>
        </w:tc>
      </w:tr>
      <w:tr w:rsidR="00F453A2" w:rsidRPr="00654756" w14:paraId="03716813" w14:textId="77777777" w:rsidTr="00365168">
        <w:trPr>
          <w:trHeight w:val="20"/>
        </w:trPr>
        <w:tc>
          <w:tcPr>
            <w:cnfStyle w:val="000010000000" w:firstRow="0" w:lastRow="0" w:firstColumn="0" w:lastColumn="0" w:oddVBand="1" w:evenVBand="0" w:oddHBand="0" w:evenHBand="0" w:firstRowFirstColumn="0" w:firstRowLastColumn="0" w:lastRowFirstColumn="0" w:lastRowLastColumn="0"/>
            <w:tcW w:w="1886" w:type="dxa"/>
          </w:tcPr>
          <w:p w14:paraId="5E490E64" w14:textId="77777777" w:rsidR="00F651D8" w:rsidRPr="00654756" w:rsidRDefault="00F651D8" w:rsidP="00B252C6">
            <w:pPr>
              <w:keepNext/>
              <w:spacing w:before="60" w:after="60" w:line="276" w:lineRule="auto"/>
              <w:rPr>
                <w:rFonts w:ascii="Calibri" w:hAnsi="Calibri" w:cs="Calibri"/>
                <w:color w:val="auto"/>
              </w:rPr>
            </w:pPr>
            <w:r w:rsidRPr="00654756">
              <w:rPr>
                <w:rFonts w:ascii="Calibri" w:hAnsi="Calibri" w:cs="Calibri"/>
                <w:b/>
                <w:color w:val="auto"/>
              </w:rPr>
              <w:t xml:space="preserve">Ana </w:t>
            </w:r>
            <w:proofErr w:type="spellStart"/>
            <w:r w:rsidRPr="00654756">
              <w:rPr>
                <w:rFonts w:ascii="Calibri" w:hAnsi="Calibri" w:cs="Calibri"/>
                <w:b/>
                <w:color w:val="auto"/>
              </w:rPr>
              <w:t>Bilim</w:t>
            </w:r>
            <w:proofErr w:type="spellEnd"/>
            <w:r w:rsidRPr="00654756">
              <w:rPr>
                <w:rFonts w:ascii="Calibri" w:hAnsi="Calibri" w:cs="Calibri"/>
                <w:b/>
                <w:color w:val="auto"/>
              </w:rPr>
              <w:t xml:space="preserve"> Dalı</w:t>
            </w:r>
          </w:p>
        </w:tc>
        <w:tc>
          <w:tcPr>
            <w:tcW w:w="6520" w:type="dxa"/>
          </w:tcPr>
          <w:p w14:paraId="33BA0C2A" w14:textId="0FBD3B1E" w:rsidR="00F651D8" w:rsidRPr="00365168" w:rsidRDefault="008B6F30" w:rsidP="00B252C6">
            <w:pPr>
              <w:keepNext/>
              <w:spacing w:before="60" w:after="6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Pr>
                <w:rFonts w:ascii="Calibri" w:hAnsi="Calibri" w:cs="Calibri"/>
                <w:b/>
                <w:color w:val="000000" w:themeColor="text1"/>
              </w:rPr>
              <w:t>“</w:t>
            </w:r>
            <w:r w:rsidR="00F651D8" w:rsidRPr="00365168">
              <w:rPr>
                <w:rFonts w:ascii="Calibri" w:hAnsi="Calibri" w:cs="Calibri"/>
                <w:b/>
                <w:color w:val="000000" w:themeColor="text1"/>
              </w:rPr>
              <w:t xml:space="preserve">Veri </w:t>
            </w:r>
            <w:proofErr w:type="spellStart"/>
            <w:r w:rsidR="00F651D8" w:rsidRPr="00365168">
              <w:rPr>
                <w:rFonts w:ascii="Calibri" w:hAnsi="Calibri" w:cs="Calibri"/>
                <w:b/>
                <w:color w:val="000000" w:themeColor="text1"/>
              </w:rPr>
              <w:t>Bilimi</w:t>
            </w:r>
            <w:proofErr w:type="spellEnd"/>
            <w:r w:rsidR="00F651D8" w:rsidRPr="00365168">
              <w:rPr>
                <w:rFonts w:ascii="Calibri" w:hAnsi="Calibri" w:cs="Calibri"/>
                <w:b/>
                <w:color w:val="000000" w:themeColor="text1"/>
              </w:rPr>
              <w:t xml:space="preserve"> </w:t>
            </w:r>
            <w:proofErr w:type="spellStart"/>
            <w:r w:rsidR="00F651D8" w:rsidRPr="00365168">
              <w:rPr>
                <w:rFonts w:ascii="Calibri" w:hAnsi="Calibri" w:cs="Calibri"/>
                <w:b/>
                <w:color w:val="000000" w:themeColor="text1"/>
              </w:rPr>
              <w:t>ve</w:t>
            </w:r>
            <w:proofErr w:type="spellEnd"/>
            <w:r w:rsidR="00F651D8" w:rsidRPr="00365168">
              <w:rPr>
                <w:rFonts w:ascii="Calibri" w:hAnsi="Calibri" w:cs="Calibri"/>
                <w:b/>
                <w:color w:val="000000" w:themeColor="text1"/>
              </w:rPr>
              <w:t xml:space="preserve"> Yapay Zeka (</w:t>
            </w:r>
            <w:proofErr w:type="spellStart"/>
            <w:r w:rsidR="00F651D8" w:rsidRPr="00365168">
              <w:rPr>
                <w:rFonts w:ascii="Calibri" w:hAnsi="Calibri" w:cs="Calibri"/>
                <w:b/>
                <w:color w:val="000000" w:themeColor="text1"/>
              </w:rPr>
              <w:t>Disiplinlerarası</w:t>
            </w:r>
            <w:proofErr w:type="spellEnd"/>
            <w:r w:rsidR="00F651D8" w:rsidRPr="00365168">
              <w:rPr>
                <w:rFonts w:ascii="Calibri" w:hAnsi="Calibri" w:cs="Calibri"/>
                <w:b/>
                <w:color w:val="000000" w:themeColor="text1"/>
              </w:rPr>
              <w:t>)</w:t>
            </w:r>
            <w:r>
              <w:rPr>
                <w:rFonts w:ascii="Calibri" w:hAnsi="Calibri" w:cs="Calibri"/>
                <w:b/>
                <w:color w:val="000000" w:themeColor="text1"/>
              </w:rPr>
              <w:t>”</w:t>
            </w:r>
            <w:r w:rsidR="00F651D8" w:rsidRPr="00365168">
              <w:rPr>
                <w:rFonts w:ascii="Calibri" w:hAnsi="Calibri" w:cs="Calibri"/>
                <w:color w:val="000000" w:themeColor="text1"/>
              </w:rPr>
              <w:t xml:space="preserve"> </w:t>
            </w:r>
            <w:proofErr w:type="spellStart"/>
            <w:r>
              <w:rPr>
                <w:rFonts w:ascii="Calibri" w:hAnsi="Calibri" w:cs="Calibri"/>
                <w:color w:val="000000" w:themeColor="text1"/>
              </w:rPr>
              <w:t>seçilir</w:t>
            </w:r>
            <w:proofErr w:type="spellEnd"/>
          </w:p>
        </w:tc>
      </w:tr>
      <w:tr w:rsidR="00F453A2" w:rsidRPr="00654756" w14:paraId="5A4AA55D" w14:textId="77777777" w:rsidTr="00365168">
        <w:trPr>
          <w:trHeight w:val="20"/>
        </w:trPr>
        <w:tc>
          <w:tcPr>
            <w:cnfStyle w:val="000010000000" w:firstRow="0" w:lastRow="0" w:firstColumn="0" w:lastColumn="0" w:oddVBand="1" w:evenVBand="0" w:oddHBand="0" w:evenHBand="0" w:firstRowFirstColumn="0" w:firstRowLastColumn="0" w:lastRowFirstColumn="0" w:lastRowLastColumn="0"/>
            <w:tcW w:w="1886" w:type="dxa"/>
          </w:tcPr>
          <w:p w14:paraId="30B258F3" w14:textId="77777777" w:rsidR="00F651D8" w:rsidRPr="00654756" w:rsidRDefault="00F651D8" w:rsidP="00B252C6">
            <w:pPr>
              <w:keepNext/>
              <w:spacing w:before="60" w:after="60" w:line="276" w:lineRule="auto"/>
              <w:rPr>
                <w:rFonts w:ascii="Calibri" w:hAnsi="Calibri" w:cs="Calibri"/>
                <w:color w:val="auto"/>
              </w:rPr>
            </w:pPr>
            <w:proofErr w:type="spellStart"/>
            <w:r w:rsidRPr="00654756">
              <w:rPr>
                <w:rFonts w:ascii="Calibri" w:hAnsi="Calibri" w:cs="Calibri"/>
                <w:b/>
                <w:color w:val="auto"/>
              </w:rPr>
              <w:t>Bilim</w:t>
            </w:r>
            <w:proofErr w:type="spellEnd"/>
            <w:r w:rsidRPr="00654756">
              <w:rPr>
                <w:rFonts w:ascii="Calibri" w:hAnsi="Calibri" w:cs="Calibri"/>
                <w:b/>
                <w:color w:val="auto"/>
              </w:rPr>
              <w:t xml:space="preserve"> </w:t>
            </w:r>
            <w:proofErr w:type="spellStart"/>
            <w:r w:rsidRPr="00654756">
              <w:rPr>
                <w:rFonts w:ascii="Calibri" w:hAnsi="Calibri" w:cs="Calibri"/>
                <w:b/>
                <w:color w:val="auto"/>
              </w:rPr>
              <w:t>Dalı</w:t>
            </w:r>
            <w:proofErr w:type="spellEnd"/>
          </w:p>
        </w:tc>
        <w:tc>
          <w:tcPr>
            <w:tcW w:w="6520" w:type="dxa"/>
          </w:tcPr>
          <w:p w14:paraId="450B3705" w14:textId="112285FC" w:rsidR="00F651D8" w:rsidRPr="00654756" w:rsidRDefault="00F651D8" w:rsidP="00B252C6">
            <w:pPr>
              <w:keepNext/>
              <w:spacing w:before="60" w:after="6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auto"/>
              </w:rPr>
            </w:pPr>
            <w:proofErr w:type="spellStart"/>
            <w:r w:rsidRPr="00654756">
              <w:rPr>
                <w:rFonts w:ascii="Calibri" w:hAnsi="Calibri" w:cs="Calibri"/>
                <w:color w:val="auto"/>
              </w:rPr>
              <w:t>Boş</w:t>
            </w:r>
            <w:proofErr w:type="spellEnd"/>
            <w:r w:rsidRPr="00654756">
              <w:rPr>
                <w:rFonts w:ascii="Calibri" w:hAnsi="Calibri" w:cs="Calibri"/>
                <w:color w:val="auto"/>
              </w:rPr>
              <w:t xml:space="preserve"> </w:t>
            </w:r>
            <w:proofErr w:type="spellStart"/>
            <w:r w:rsidR="008B6F30">
              <w:rPr>
                <w:rFonts w:ascii="Calibri" w:hAnsi="Calibri" w:cs="Calibri"/>
                <w:color w:val="auto"/>
              </w:rPr>
              <w:t>bırakılır</w:t>
            </w:r>
            <w:proofErr w:type="spellEnd"/>
          </w:p>
        </w:tc>
      </w:tr>
      <w:tr w:rsidR="00F453A2" w:rsidRPr="00654756" w14:paraId="23B7401A" w14:textId="77777777" w:rsidTr="00365168">
        <w:trPr>
          <w:trHeight w:val="20"/>
        </w:trPr>
        <w:tc>
          <w:tcPr>
            <w:cnfStyle w:val="000010000000" w:firstRow="0" w:lastRow="0" w:firstColumn="0" w:lastColumn="0" w:oddVBand="1" w:evenVBand="0" w:oddHBand="0" w:evenHBand="0" w:firstRowFirstColumn="0" w:firstRowLastColumn="0" w:lastRowFirstColumn="0" w:lastRowLastColumn="0"/>
            <w:tcW w:w="1886" w:type="dxa"/>
          </w:tcPr>
          <w:p w14:paraId="7CB6C5DC" w14:textId="77777777" w:rsidR="00F651D8" w:rsidRPr="00654756" w:rsidRDefault="00F651D8" w:rsidP="00B252C6">
            <w:pPr>
              <w:keepNext/>
              <w:spacing w:before="60" w:after="60" w:line="276" w:lineRule="auto"/>
              <w:rPr>
                <w:rFonts w:ascii="Calibri" w:hAnsi="Calibri" w:cs="Calibri"/>
                <w:color w:val="auto"/>
              </w:rPr>
            </w:pPr>
            <w:proofErr w:type="spellStart"/>
            <w:r w:rsidRPr="00654756">
              <w:rPr>
                <w:rFonts w:ascii="Calibri" w:hAnsi="Calibri" w:cs="Calibri"/>
                <w:b/>
                <w:color w:val="auto"/>
              </w:rPr>
              <w:t>Yılı</w:t>
            </w:r>
            <w:proofErr w:type="spellEnd"/>
          </w:p>
        </w:tc>
        <w:tc>
          <w:tcPr>
            <w:tcW w:w="6520" w:type="dxa"/>
          </w:tcPr>
          <w:p w14:paraId="0AD18A67" w14:textId="2CE1C1C6" w:rsidR="00F651D8" w:rsidRPr="00654756" w:rsidRDefault="00F651D8" w:rsidP="00B252C6">
            <w:pPr>
              <w:keepNext/>
              <w:spacing w:before="60" w:after="6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auto"/>
              </w:rPr>
            </w:pPr>
            <w:proofErr w:type="spellStart"/>
            <w:r w:rsidRPr="00654756">
              <w:rPr>
                <w:rFonts w:ascii="Calibri" w:hAnsi="Calibri" w:cs="Calibri"/>
                <w:color w:val="auto"/>
              </w:rPr>
              <w:t>İçinde</w:t>
            </w:r>
            <w:proofErr w:type="spellEnd"/>
            <w:r w:rsidRPr="00654756">
              <w:rPr>
                <w:rFonts w:ascii="Calibri" w:hAnsi="Calibri" w:cs="Calibri"/>
                <w:color w:val="auto"/>
              </w:rPr>
              <w:t xml:space="preserve"> </w:t>
            </w:r>
            <w:proofErr w:type="spellStart"/>
            <w:r w:rsidRPr="00654756">
              <w:rPr>
                <w:rFonts w:ascii="Calibri" w:hAnsi="Calibri" w:cs="Calibri"/>
                <w:color w:val="auto"/>
              </w:rPr>
              <w:t>bulunduğunuz</w:t>
            </w:r>
            <w:proofErr w:type="spellEnd"/>
            <w:r w:rsidRPr="00654756">
              <w:rPr>
                <w:rFonts w:ascii="Calibri" w:hAnsi="Calibri" w:cs="Calibri"/>
                <w:color w:val="auto"/>
              </w:rPr>
              <w:t xml:space="preserve"> </w:t>
            </w:r>
            <w:proofErr w:type="spellStart"/>
            <w:r w:rsidRPr="00654756">
              <w:rPr>
                <w:rFonts w:ascii="Calibri" w:hAnsi="Calibri" w:cs="Calibri"/>
                <w:color w:val="auto"/>
              </w:rPr>
              <w:t>yıl</w:t>
            </w:r>
            <w:proofErr w:type="spellEnd"/>
            <w:r w:rsidRPr="00654756">
              <w:rPr>
                <w:rFonts w:ascii="Calibri" w:hAnsi="Calibri" w:cs="Calibri"/>
                <w:color w:val="auto"/>
              </w:rPr>
              <w:t xml:space="preserve"> </w:t>
            </w:r>
            <w:proofErr w:type="spellStart"/>
            <w:r w:rsidR="008B6F30">
              <w:rPr>
                <w:rFonts w:ascii="Calibri" w:hAnsi="Calibri" w:cs="Calibri"/>
                <w:color w:val="auto"/>
              </w:rPr>
              <w:t>yazılır</w:t>
            </w:r>
            <w:proofErr w:type="spellEnd"/>
          </w:p>
        </w:tc>
      </w:tr>
      <w:tr w:rsidR="00F453A2" w:rsidRPr="00654756" w14:paraId="683F6F18" w14:textId="77777777" w:rsidTr="00365168">
        <w:trPr>
          <w:trHeight w:val="20"/>
        </w:trPr>
        <w:tc>
          <w:tcPr>
            <w:cnfStyle w:val="000010000000" w:firstRow="0" w:lastRow="0" w:firstColumn="0" w:lastColumn="0" w:oddVBand="1" w:evenVBand="0" w:oddHBand="0" w:evenHBand="0" w:firstRowFirstColumn="0" w:firstRowLastColumn="0" w:lastRowFirstColumn="0" w:lastRowLastColumn="0"/>
            <w:tcW w:w="1886" w:type="dxa"/>
          </w:tcPr>
          <w:p w14:paraId="4822DF24" w14:textId="77777777" w:rsidR="00F651D8" w:rsidRPr="00654756" w:rsidRDefault="00F651D8" w:rsidP="00B252C6">
            <w:pPr>
              <w:spacing w:before="60" w:after="60" w:line="276" w:lineRule="auto"/>
              <w:rPr>
                <w:rFonts w:ascii="Calibri" w:hAnsi="Calibri" w:cs="Calibri"/>
                <w:color w:val="auto"/>
              </w:rPr>
            </w:pPr>
            <w:proofErr w:type="spellStart"/>
            <w:r w:rsidRPr="00654756">
              <w:rPr>
                <w:rFonts w:ascii="Calibri" w:hAnsi="Calibri" w:cs="Calibri"/>
                <w:b/>
                <w:color w:val="auto"/>
              </w:rPr>
              <w:t>Sayfa</w:t>
            </w:r>
            <w:proofErr w:type="spellEnd"/>
          </w:p>
        </w:tc>
        <w:tc>
          <w:tcPr>
            <w:tcW w:w="6520" w:type="dxa"/>
          </w:tcPr>
          <w:p w14:paraId="7CD73CAB" w14:textId="6BD38FA9" w:rsidR="00F651D8" w:rsidRPr="00654756" w:rsidRDefault="00F651D8" w:rsidP="00B252C6">
            <w:pPr>
              <w:spacing w:before="60" w:after="60"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auto"/>
              </w:rPr>
            </w:pPr>
            <w:r w:rsidRPr="00654756">
              <w:rPr>
                <w:rFonts w:ascii="Calibri" w:hAnsi="Calibri" w:cs="Calibri"/>
                <w:color w:val="auto"/>
              </w:rPr>
              <w:t xml:space="preserve">Tezin </w:t>
            </w:r>
            <w:proofErr w:type="spellStart"/>
            <w:r w:rsidRPr="00654756">
              <w:rPr>
                <w:rFonts w:ascii="Calibri" w:hAnsi="Calibri" w:cs="Calibri"/>
                <w:color w:val="auto"/>
              </w:rPr>
              <w:t>kapak</w:t>
            </w:r>
            <w:proofErr w:type="spellEnd"/>
            <w:r w:rsidRPr="00654756">
              <w:rPr>
                <w:rFonts w:ascii="Calibri" w:hAnsi="Calibri" w:cs="Calibri"/>
                <w:color w:val="auto"/>
              </w:rPr>
              <w:t xml:space="preserve"> </w:t>
            </w:r>
            <w:proofErr w:type="spellStart"/>
            <w:r w:rsidRPr="00654756">
              <w:rPr>
                <w:rFonts w:ascii="Calibri" w:hAnsi="Calibri" w:cs="Calibri"/>
                <w:color w:val="auto"/>
              </w:rPr>
              <w:t>sayfaları</w:t>
            </w:r>
            <w:proofErr w:type="spellEnd"/>
            <w:r w:rsidRPr="00654756">
              <w:rPr>
                <w:rFonts w:ascii="Calibri" w:hAnsi="Calibri" w:cs="Calibri"/>
                <w:color w:val="auto"/>
              </w:rPr>
              <w:t xml:space="preserve"> (2 </w:t>
            </w:r>
            <w:proofErr w:type="spellStart"/>
            <w:r w:rsidRPr="00654756">
              <w:rPr>
                <w:rFonts w:ascii="Calibri" w:hAnsi="Calibri" w:cs="Calibri"/>
                <w:color w:val="auto"/>
              </w:rPr>
              <w:t>sayfa</w:t>
            </w:r>
            <w:proofErr w:type="spellEnd"/>
            <w:r w:rsidRPr="00654756">
              <w:rPr>
                <w:rFonts w:ascii="Calibri" w:hAnsi="Calibri" w:cs="Calibri"/>
                <w:color w:val="auto"/>
              </w:rPr>
              <w:t xml:space="preserve">) </w:t>
            </w:r>
            <w:proofErr w:type="spellStart"/>
            <w:r w:rsidRPr="00654756">
              <w:rPr>
                <w:rFonts w:ascii="Calibri" w:hAnsi="Calibri" w:cs="Calibri"/>
                <w:color w:val="auto"/>
              </w:rPr>
              <w:t>dışında</w:t>
            </w:r>
            <w:proofErr w:type="spellEnd"/>
            <w:r w:rsidRPr="00654756">
              <w:rPr>
                <w:rFonts w:ascii="Calibri" w:hAnsi="Calibri" w:cs="Calibri"/>
                <w:color w:val="auto"/>
              </w:rPr>
              <w:t xml:space="preserve"> </w:t>
            </w:r>
            <w:proofErr w:type="spellStart"/>
            <w:r w:rsidRPr="00654756">
              <w:rPr>
                <w:rFonts w:ascii="Calibri" w:hAnsi="Calibri" w:cs="Calibri"/>
                <w:color w:val="auto"/>
              </w:rPr>
              <w:t>kalan</w:t>
            </w:r>
            <w:proofErr w:type="spellEnd"/>
            <w:r w:rsidRPr="00654756">
              <w:rPr>
                <w:rFonts w:ascii="Calibri" w:hAnsi="Calibri" w:cs="Calibri"/>
                <w:color w:val="auto"/>
              </w:rPr>
              <w:t xml:space="preserve"> </w:t>
            </w:r>
            <w:proofErr w:type="spellStart"/>
            <w:r w:rsidRPr="00654756">
              <w:rPr>
                <w:rFonts w:ascii="Calibri" w:hAnsi="Calibri" w:cs="Calibri"/>
                <w:color w:val="auto"/>
              </w:rPr>
              <w:t>sayfaların</w:t>
            </w:r>
            <w:proofErr w:type="spellEnd"/>
            <w:r w:rsidRPr="00654756">
              <w:rPr>
                <w:rFonts w:ascii="Calibri" w:hAnsi="Calibri" w:cs="Calibri"/>
                <w:color w:val="auto"/>
              </w:rPr>
              <w:t xml:space="preserve"> </w:t>
            </w:r>
            <w:proofErr w:type="spellStart"/>
            <w:r w:rsidRPr="00654756">
              <w:rPr>
                <w:rFonts w:ascii="Calibri" w:hAnsi="Calibri" w:cs="Calibri"/>
                <w:color w:val="auto"/>
              </w:rPr>
              <w:t>toplamıdır</w:t>
            </w:r>
            <w:proofErr w:type="spellEnd"/>
          </w:p>
        </w:tc>
      </w:tr>
    </w:tbl>
    <w:p w14:paraId="746A2973" w14:textId="77777777" w:rsidR="00F651D8" w:rsidRPr="00654756" w:rsidRDefault="00F651D8" w:rsidP="00B252C6">
      <w:pPr>
        <w:pStyle w:val="Note"/>
        <w:rPr>
          <w:rFonts w:ascii="Calibri" w:hAnsi="Calibri" w:cs="Calibri"/>
          <w:sz w:val="22"/>
        </w:rPr>
      </w:pPr>
    </w:p>
    <w:p w14:paraId="015E083E" w14:textId="5A541B10" w:rsidR="00B4263C" w:rsidRPr="00654756" w:rsidRDefault="008E7B41">
      <w:pPr>
        <w:numPr>
          <w:ilvl w:val="0"/>
          <w:numId w:val="18"/>
        </w:numPr>
        <w:spacing w:after="80"/>
        <w:rPr>
          <w:rFonts w:ascii="Calibri" w:hAnsi="Calibri" w:cs="Calibri"/>
          <w:b/>
          <w:color w:val="auto"/>
        </w:rPr>
      </w:pPr>
      <w:r w:rsidRPr="00654756">
        <w:rPr>
          <w:rFonts w:ascii="Calibri" w:hAnsi="Calibri" w:cs="Calibri"/>
          <w:b/>
          <w:color w:val="auto"/>
        </w:rPr>
        <w:t xml:space="preserve">“Tez </w:t>
      </w:r>
      <w:proofErr w:type="spellStart"/>
      <w:r w:rsidRPr="00654756">
        <w:rPr>
          <w:rFonts w:ascii="Calibri" w:hAnsi="Calibri" w:cs="Calibri"/>
          <w:b/>
          <w:color w:val="auto"/>
        </w:rPr>
        <w:t>Kısıtlama</w:t>
      </w:r>
      <w:proofErr w:type="spellEnd"/>
      <w:r w:rsidRPr="00654756">
        <w:rPr>
          <w:rFonts w:ascii="Calibri" w:hAnsi="Calibri" w:cs="Calibri"/>
          <w:b/>
          <w:color w:val="auto"/>
        </w:rPr>
        <w:t xml:space="preserve"> Dilekçesi” </w:t>
      </w:r>
      <w:r w:rsidRPr="00654756">
        <w:rPr>
          <w:rFonts w:ascii="Calibri" w:hAnsi="Calibri" w:cs="Calibri"/>
          <w:b/>
          <w:i/>
          <w:color w:val="auto"/>
        </w:rPr>
        <w:t>(</w:t>
      </w:r>
      <w:proofErr w:type="spellStart"/>
      <w:r w:rsidRPr="00654756">
        <w:rPr>
          <w:rFonts w:ascii="Calibri" w:hAnsi="Calibri" w:cs="Calibri"/>
          <w:b/>
          <w:i/>
          <w:color w:val="auto"/>
        </w:rPr>
        <w:t>gerekiyorsa</w:t>
      </w:r>
      <w:proofErr w:type="spellEnd"/>
      <w:r w:rsidRPr="00654756">
        <w:rPr>
          <w:rFonts w:ascii="Calibri" w:hAnsi="Calibri" w:cs="Calibri"/>
          <w:b/>
          <w:i/>
          <w:color w:val="auto"/>
        </w:rPr>
        <w:t>)</w:t>
      </w:r>
    </w:p>
    <w:p w14:paraId="0F6EF4C3" w14:textId="223B0C7D" w:rsidR="00B4263C" w:rsidRPr="00654756" w:rsidRDefault="008E7B41" w:rsidP="00397208">
      <w:pPr>
        <w:pStyle w:val="Note"/>
        <w:spacing w:before="0" w:after="0" w:line="240" w:lineRule="auto"/>
        <w:jc w:val="both"/>
        <w:rPr>
          <w:rFonts w:ascii="Calibri" w:hAnsi="Calibri" w:cs="Calibri"/>
          <w:color w:val="auto"/>
          <w:sz w:val="22"/>
        </w:rPr>
      </w:pPr>
      <w:r w:rsidRPr="00654756">
        <w:rPr>
          <w:rFonts w:ascii="Calibri" w:hAnsi="Calibri" w:cs="Calibri"/>
          <w:color w:val="auto"/>
          <w:sz w:val="22"/>
        </w:rPr>
        <w:t xml:space="preserve">Tezin </w:t>
      </w:r>
      <w:proofErr w:type="spellStart"/>
      <w:r w:rsidRPr="00654756">
        <w:rPr>
          <w:rFonts w:ascii="Calibri" w:hAnsi="Calibri" w:cs="Calibri"/>
          <w:color w:val="auto"/>
          <w:sz w:val="22"/>
        </w:rPr>
        <w:t>elektronik</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ortamda</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erişime</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açılmasına</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kısıt</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konması</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için</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tez</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danışmanının</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Enstitü</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Müdürlüğüne</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dilekçe</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vermesi</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gerekir</w:t>
      </w:r>
      <w:proofErr w:type="spellEnd"/>
      <w:r w:rsidRPr="00654756">
        <w:rPr>
          <w:rFonts w:ascii="Calibri" w:hAnsi="Calibri" w:cs="Calibri"/>
          <w:color w:val="auto"/>
          <w:sz w:val="22"/>
        </w:rPr>
        <w:t xml:space="preserve">. </w:t>
      </w:r>
      <w:hyperlink r:id="rId20">
        <w:proofErr w:type="spellStart"/>
        <w:r w:rsidRPr="00654756">
          <w:rPr>
            <w:rFonts w:ascii="Calibri" w:hAnsi="Calibri" w:cs="Calibri"/>
            <w:color w:val="auto"/>
            <w:sz w:val="22"/>
            <w:u w:val="single"/>
          </w:rPr>
          <w:t>Lisansüstü</w:t>
        </w:r>
        <w:proofErr w:type="spellEnd"/>
        <w:r w:rsidRPr="00654756">
          <w:rPr>
            <w:rFonts w:ascii="Calibri" w:hAnsi="Calibri" w:cs="Calibri"/>
            <w:color w:val="auto"/>
            <w:sz w:val="22"/>
            <w:u w:val="single"/>
          </w:rPr>
          <w:t xml:space="preserve"> </w:t>
        </w:r>
        <w:proofErr w:type="spellStart"/>
        <w:r w:rsidRPr="00654756">
          <w:rPr>
            <w:rFonts w:ascii="Calibri" w:hAnsi="Calibri" w:cs="Calibri"/>
            <w:color w:val="auto"/>
            <w:sz w:val="22"/>
            <w:u w:val="single"/>
          </w:rPr>
          <w:t>tezlerin</w:t>
        </w:r>
        <w:proofErr w:type="spellEnd"/>
        <w:r w:rsidRPr="00654756">
          <w:rPr>
            <w:rFonts w:ascii="Calibri" w:hAnsi="Calibri" w:cs="Calibri"/>
            <w:color w:val="auto"/>
            <w:sz w:val="22"/>
            <w:u w:val="single"/>
          </w:rPr>
          <w:t xml:space="preserve"> </w:t>
        </w:r>
        <w:proofErr w:type="spellStart"/>
        <w:r w:rsidRPr="00654756">
          <w:rPr>
            <w:rFonts w:ascii="Calibri" w:hAnsi="Calibri" w:cs="Calibri"/>
            <w:color w:val="auto"/>
            <w:sz w:val="22"/>
            <w:u w:val="single"/>
          </w:rPr>
          <w:t>elektronik</w:t>
        </w:r>
        <w:proofErr w:type="spellEnd"/>
        <w:r w:rsidRPr="00654756">
          <w:rPr>
            <w:rFonts w:ascii="Calibri" w:hAnsi="Calibri" w:cs="Calibri"/>
            <w:color w:val="auto"/>
            <w:sz w:val="22"/>
            <w:u w:val="single"/>
          </w:rPr>
          <w:t xml:space="preserve"> </w:t>
        </w:r>
        <w:proofErr w:type="spellStart"/>
        <w:r w:rsidRPr="00654756">
          <w:rPr>
            <w:rFonts w:ascii="Calibri" w:hAnsi="Calibri" w:cs="Calibri"/>
            <w:color w:val="auto"/>
            <w:sz w:val="22"/>
            <w:u w:val="single"/>
          </w:rPr>
          <w:t>ortamda</w:t>
        </w:r>
        <w:proofErr w:type="spellEnd"/>
        <w:r w:rsidRPr="00654756">
          <w:rPr>
            <w:rFonts w:ascii="Calibri" w:hAnsi="Calibri" w:cs="Calibri"/>
            <w:color w:val="auto"/>
            <w:sz w:val="22"/>
            <w:u w:val="single"/>
          </w:rPr>
          <w:t xml:space="preserve"> </w:t>
        </w:r>
        <w:proofErr w:type="spellStart"/>
        <w:r w:rsidRPr="00654756">
          <w:rPr>
            <w:rFonts w:ascii="Calibri" w:hAnsi="Calibri" w:cs="Calibri"/>
            <w:color w:val="auto"/>
            <w:sz w:val="22"/>
            <w:u w:val="single"/>
          </w:rPr>
          <w:t>toplanması</w:t>
        </w:r>
        <w:proofErr w:type="spellEnd"/>
        <w:r w:rsidRPr="00654756">
          <w:rPr>
            <w:rFonts w:ascii="Calibri" w:hAnsi="Calibri" w:cs="Calibri"/>
            <w:color w:val="auto"/>
            <w:sz w:val="22"/>
            <w:u w:val="single"/>
          </w:rPr>
          <w:t xml:space="preserve">, </w:t>
        </w:r>
        <w:proofErr w:type="spellStart"/>
        <w:r w:rsidRPr="00654756">
          <w:rPr>
            <w:rFonts w:ascii="Calibri" w:hAnsi="Calibri" w:cs="Calibri"/>
            <w:color w:val="auto"/>
            <w:sz w:val="22"/>
            <w:u w:val="single"/>
          </w:rPr>
          <w:t>düzenlenmesi</w:t>
        </w:r>
        <w:proofErr w:type="spellEnd"/>
        <w:r w:rsidRPr="00654756">
          <w:rPr>
            <w:rFonts w:ascii="Calibri" w:hAnsi="Calibri" w:cs="Calibri"/>
            <w:color w:val="auto"/>
            <w:sz w:val="22"/>
            <w:u w:val="single"/>
          </w:rPr>
          <w:t xml:space="preserve"> </w:t>
        </w:r>
        <w:proofErr w:type="spellStart"/>
        <w:r w:rsidRPr="00654756">
          <w:rPr>
            <w:rFonts w:ascii="Calibri" w:hAnsi="Calibri" w:cs="Calibri"/>
            <w:color w:val="auto"/>
            <w:sz w:val="22"/>
            <w:u w:val="single"/>
          </w:rPr>
          <w:t>ve</w:t>
        </w:r>
        <w:proofErr w:type="spellEnd"/>
        <w:r w:rsidRPr="00654756">
          <w:rPr>
            <w:rFonts w:ascii="Calibri" w:hAnsi="Calibri" w:cs="Calibri"/>
            <w:color w:val="auto"/>
            <w:sz w:val="22"/>
            <w:u w:val="single"/>
          </w:rPr>
          <w:t xml:space="preserve"> </w:t>
        </w:r>
        <w:proofErr w:type="spellStart"/>
        <w:r w:rsidRPr="00654756">
          <w:rPr>
            <w:rFonts w:ascii="Calibri" w:hAnsi="Calibri" w:cs="Calibri"/>
            <w:color w:val="auto"/>
            <w:sz w:val="22"/>
            <w:u w:val="single"/>
          </w:rPr>
          <w:t>erişime</w:t>
        </w:r>
        <w:proofErr w:type="spellEnd"/>
        <w:r w:rsidRPr="00654756">
          <w:rPr>
            <w:rFonts w:ascii="Calibri" w:hAnsi="Calibri" w:cs="Calibri"/>
            <w:color w:val="auto"/>
            <w:sz w:val="22"/>
            <w:u w:val="single"/>
          </w:rPr>
          <w:t xml:space="preserve"> </w:t>
        </w:r>
        <w:proofErr w:type="spellStart"/>
        <w:r w:rsidRPr="00654756">
          <w:rPr>
            <w:rFonts w:ascii="Calibri" w:hAnsi="Calibri" w:cs="Calibri"/>
            <w:color w:val="auto"/>
            <w:sz w:val="22"/>
            <w:u w:val="single"/>
          </w:rPr>
          <w:t>açılmasına</w:t>
        </w:r>
        <w:proofErr w:type="spellEnd"/>
        <w:r w:rsidRPr="00654756">
          <w:rPr>
            <w:rFonts w:ascii="Calibri" w:hAnsi="Calibri" w:cs="Calibri"/>
            <w:color w:val="auto"/>
            <w:sz w:val="22"/>
            <w:u w:val="single"/>
          </w:rPr>
          <w:t xml:space="preserve"> </w:t>
        </w:r>
        <w:proofErr w:type="spellStart"/>
        <w:r w:rsidRPr="00654756">
          <w:rPr>
            <w:rFonts w:ascii="Calibri" w:hAnsi="Calibri" w:cs="Calibri"/>
            <w:color w:val="auto"/>
            <w:sz w:val="22"/>
            <w:u w:val="single"/>
          </w:rPr>
          <w:t>ilişkin</w:t>
        </w:r>
        <w:proofErr w:type="spellEnd"/>
        <w:r w:rsidRPr="00654756">
          <w:rPr>
            <w:rFonts w:ascii="Calibri" w:hAnsi="Calibri" w:cs="Calibri"/>
            <w:color w:val="auto"/>
            <w:sz w:val="22"/>
            <w:u w:val="single"/>
          </w:rPr>
          <w:t xml:space="preserve"> </w:t>
        </w:r>
        <w:proofErr w:type="spellStart"/>
        <w:r w:rsidRPr="00654756">
          <w:rPr>
            <w:rFonts w:ascii="Calibri" w:hAnsi="Calibri" w:cs="Calibri"/>
            <w:color w:val="auto"/>
            <w:sz w:val="22"/>
            <w:u w:val="single"/>
          </w:rPr>
          <w:t>yönerge</w:t>
        </w:r>
      </w:hyperlink>
      <w:r w:rsidRPr="00654756">
        <w:rPr>
          <w:rFonts w:ascii="Calibri" w:hAnsi="Calibri" w:cs="Calibri"/>
          <w:color w:val="auto"/>
          <w:sz w:val="22"/>
        </w:rPr>
        <w:t>yi</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inceleyebilirsiniz</w:t>
      </w:r>
      <w:proofErr w:type="spellEnd"/>
      <w:r w:rsidRPr="00654756">
        <w:rPr>
          <w:rFonts w:ascii="Calibri" w:hAnsi="Calibri" w:cs="Calibri"/>
          <w:color w:val="auto"/>
          <w:sz w:val="22"/>
        </w:rPr>
        <w:t>.</w:t>
      </w:r>
    </w:p>
    <w:p w14:paraId="4E5AD2FA" w14:textId="77777777" w:rsidR="00397208" w:rsidRPr="00654756" w:rsidRDefault="00397208" w:rsidP="00397208">
      <w:pPr>
        <w:pStyle w:val="Note"/>
        <w:spacing w:before="0" w:after="0" w:line="240" w:lineRule="auto"/>
        <w:jc w:val="both"/>
        <w:rPr>
          <w:rFonts w:ascii="Calibri" w:hAnsi="Calibri" w:cs="Calibri"/>
          <w:color w:val="auto"/>
          <w:sz w:val="22"/>
        </w:rPr>
      </w:pPr>
    </w:p>
    <w:p w14:paraId="2EB0A632" w14:textId="77777777" w:rsidR="00B4263C" w:rsidRPr="00654756" w:rsidRDefault="008E7B41">
      <w:pPr>
        <w:numPr>
          <w:ilvl w:val="0"/>
          <w:numId w:val="18"/>
        </w:numPr>
        <w:spacing w:after="80"/>
        <w:rPr>
          <w:rFonts w:ascii="Calibri" w:hAnsi="Calibri" w:cs="Calibri"/>
          <w:b/>
          <w:color w:val="auto"/>
        </w:rPr>
      </w:pPr>
      <w:proofErr w:type="spellStart"/>
      <w:r w:rsidRPr="00654756">
        <w:rPr>
          <w:rFonts w:ascii="Calibri" w:hAnsi="Calibri" w:cs="Calibri"/>
          <w:b/>
          <w:color w:val="auto"/>
        </w:rPr>
        <w:t>CD’ler</w:t>
      </w:r>
      <w:proofErr w:type="spellEnd"/>
      <w:r w:rsidRPr="00654756">
        <w:rPr>
          <w:rFonts w:ascii="Calibri" w:hAnsi="Calibri" w:cs="Calibri"/>
          <w:b/>
          <w:color w:val="auto"/>
        </w:rPr>
        <w:t>.</w:t>
      </w:r>
    </w:p>
    <w:p w14:paraId="49E4AAD6" w14:textId="2E3B3238" w:rsidR="00B4263C" w:rsidRPr="00654756" w:rsidRDefault="008E7B41" w:rsidP="00397208">
      <w:pPr>
        <w:pStyle w:val="Note"/>
        <w:spacing w:before="0" w:after="0" w:line="240" w:lineRule="auto"/>
        <w:jc w:val="both"/>
        <w:rPr>
          <w:rFonts w:ascii="Calibri" w:hAnsi="Calibri" w:cs="Calibri"/>
          <w:color w:val="auto"/>
          <w:sz w:val="22"/>
        </w:rPr>
      </w:pPr>
      <w:r w:rsidRPr="00654756">
        <w:rPr>
          <w:rFonts w:ascii="Calibri" w:hAnsi="Calibri" w:cs="Calibri"/>
          <w:color w:val="auto"/>
          <w:sz w:val="22"/>
        </w:rPr>
        <w:t xml:space="preserve">Tez, </w:t>
      </w:r>
      <w:proofErr w:type="spellStart"/>
      <w:r w:rsidRPr="00654756">
        <w:rPr>
          <w:rFonts w:ascii="Calibri" w:hAnsi="Calibri" w:cs="Calibri"/>
          <w:color w:val="auto"/>
          <w:sz w:val="22"/>
        </w:rPr>
        <w:t>CD’lere</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YÖK’ün</w:t>
      </w:r>
      <w:proofErr w:type="spellEnd"/>
      <w:r w:rsidRPr="00654756">
        <w:rPr>
          <w:rFonts w:ascii="Calibri" w:hAnsi="Calibri" w:cs="Calibri"/>
          <w:color w:val="auto"/>
          <w:sz w:val="22"/>
        </w:rPr>
        <w:t xml:space="preserve"> </w:t>
      </w:r>
      <w:proofErr w:type="spellStart"/>
      <w:r w:rsidR="008B6F30">
        <w:rPr>
          <w:rFonts w:ascii="Calibri" w:hAnsi="Calibri" w:cs="Calibri"/>
          <w:color w:val="auto"/>
          <w:sz w:val="22"/>
        </w:rPr>
        <w:t>tez</w:t>
      </w:r>
      <w:proofErr w:type="spellEnd"/>
      <w:r w:rsidR="008B6F30">
        <w:rPr>
          <w:rFonts w:ascii="Calibri" w:hAnsi="Calibri" w:cs="Calibri"/>
          <w:color w:val="auto"/>
          <w:sz w:val="22"/>
        </w:rPr>
        <w:t xml:space="preserve"> </w:t>
      </w:r>
      <w:proofErr w:type="spellStart"/>
      <w:r w:rsidR="008B6F30">
        <w:rPr>
          <w:rFonts w:ascii="Calibri" w:hAnsi="Calibri" w:cs="Calibri"/>
          <w:color w:val="auto"/>
          <w:sz w:val="22"/>
        </w:rPr>
        <w:t>veri</w:t>
      </w:r>
      <w:proofErr w:type="spellEnd"/>
      <w:r w:rsidR="008B6F30">
        <w:rPr>
          <w:rFonts w:ascii="Calibri" w:hAnsi="Calibri" w:cs="Calibri"/>
          <w:color w:val="auto"/>
          <w:sz w:val="22"/>
        </w:rPr>
        <w:t xml:space="preserve"> </w:t>
      </w:r>
      <w:proofErr w:type="spellStart"/>
      <w:r w:rsidR="008B6F30">
        <w:rPr>
          <w:rFonts w:ascii="Calibri" w:hAnsi="Calibri" w:cs="Calibri"/>
          <w:color w:val="auto"/>
          <w:sz w:val="22"/>
        </w:rPr>
        <w:t>giriş</w:t>
      </w:r>
      <w:proofErr w:type="spellEnd"/>
      <w:r w:rsidR="008B6F30">
        <w:rPr>
          <w:rFonts w:ascii="Calibri" w:hAnsi="Calibri" w:cs="Calibri"/>
          <w:color w:val="auto"/>
          <w:sz w:val="22"/>
        </w:rPr>
        <w:t xml:space="preserve"> </w:t>
      </w:r>
      <w:proofErr w:type="spellStart"/>
      <w:r w:rsidR="008B6F30">
        <w:rPr>
          <w:rFonts w:ascii="Calibri" w:hAnsi="Calibri" w:cs="Calibri"/>
          <w:color w:val="auto"/>
          <w:sz w:val="22"/>
        </w:rPr>
        <w:t>formunda</w:t>
      </w:r>
      <w:proofErr w:type="spellEnd"/>
      <w:r w:rsidR="008B6F30">
        <w:rPr>
          <w:rFonts w:ascii="Calibri" w:hAnsi="Calibri" w:cs="Calibri"/>
          <w:color w:val="auto"/>
          <w:sz w:val="22"/>
        </w:rPr>
        <w:t xml:space="preserve"> </w:t>
      </w:r>
      <w:proofErr w:type="spellStart"/>
      <w:r w:rsidR="008B6F30">
        <w:rPr>
          <w:rFonts w:ascii="Calibri" w:hAnsi="Calibri" w:cs="Calibri"/>
          <w:color w:val="auto"/>
          <w:sz w:val="22"/>
        </w:rPr>
        <w:t>oluşturduğu</w:t>
      </w:r>
      <w:proofErr w:type="spellEnd"/>
      <w:r w:rsidR="008B6F30" w:rsidRPr="00654756">
        <w:rPr>
          <w:rFonts w:ascii="Calibri" w:hAnsi="Calibri" w:cs="Calibri"/>
          <w:color w:val="auto"/>
          <w:sz w:val="22"/>
        </w:rPr>
        <w:t xml:space="preserve"> </w:t>
      </w:r>
      <w:proofErr w:type="spellStart"/>
      <w:r w:rsidRPr="00654756">
        <w:rPr>
          <w:rFonts w:ascii="Calibri" w:hAnsi="Calibri" w:cs="Calibri"/>
          <w:color w:val="auto"/>
          <w:sz w:val="22"/>
        </w:rPr>
        <w:t>referans</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numarası</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örn</w:t>
      </w:r>
      <w:proofErr w:type="spellEnd"/>
      <w:r w:rsidRPr="00654756">
        <w:rPr>
          <w:rFonts w:ascii="Calibri" w:hAnsi="Calibri" w:cs="Calibri"/>
          <w:color w:val="auto"/>
          <w:sz w:val="22"/>
        </w:rPr>
        <w:t xml:space="preserve">. 10134567.pdf) </w:t>
      </w:r>
      <w:proofErr w:type="spellStart"/>
      <w:r w:rsidRPr="00654756">
        <w:rPr>
          <w:rFonts w:ascii="Calibri" w:hAnsi="Calibri" w:cs="Calibri"/>
          <w:color w:val="auto"/>
          <w:sz w:val="22"/>
        </w:rPr>
        <w:t>ile</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isimlendirilerek</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kaydedilmelidir</w:t>
      </w:r>
      <w:proofErr w:type="spellEnd"/>
      <w:r w:rsidRPr="00654756">
        <w:rPr>
          <w:rFonts w:ascii="Calibri" w:hAnsi="Calibri" w:cs="Calibri"/>
          <w:color w:val="auto"/>
          <w:sz w:val="22"/>
        </w:rPr>
        <w:t>.</w:t>
      </w:r>
    </w:p>
    <w:p w14:paraId="50395919" w14:textId="77777777" w:rsidR="00397208" w:rsidRPr="00654756" w:rsidRDefault="00397208" w:rsidP="00397208">
      <w:pPr>
        <w:pStyle w:val="Note"/>
        <w:spacing w:before="0" w:after="0" w:line="240" w:lineRule="auto"/>
        <w:jc w:val="both"/>
        <w:rPr>
          <w:rFonts w:ascii="Calibri" w:hAnsi="Calibri" w:cs="Calibri"/>
          <w:color w:val="auto"/>
          <w:sz w:val="22"/>
        </w:rPr>
      </w:pPr>
    </w:p>
    <w:p w14:paraId="647AADB1" w14:textId="63D74D9C" w:rsidR="00B4263C" w:rsidRPr="00654756" w:rsidRDefault="008E7B41" w:rsidP="00397208">
      <w:pPr>
        <w:pStyle w:val="Note"/>
        <w:spacing w:before="0" w:after="0" w:line="240" w:lineRule="auto"/>
        <w:jc w:val="both"/>
        <w:rPr>
          <w:rFonts w:ascii="Calibri" w:hAnsi="Calibri" w:cs="Calibri"/>
          <w:color w:val="auto"/>
          <w:sz w:val="22"/>
        </w:rPr>
      </w:pPr>
      <w:proofErr w:type="spellStart"/>
      <w:r w:rsidRPr="00654756">
        <w:rPr>
          <w:rFonts w:ascii="Calibri" w:hAnsi="Calibri" w:cs="Calibri"/>
          <w:color w:val="auto"/>
          <w:sz w:val="22"/>
        </w:rPr>
        <w:t>CD’lerin</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üzerine</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öğrencinin</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adı</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ve</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soyadı</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YÖK’ün</w:t>
      </w:r>
      <w:proofErr w:type="spellEnd"/>
      <w:r w:rsidRPr="00654756">
        <w:rPr>
          <w:rFonts w:ascii="Calibri" w:hAnsi="Calibri" w:cs="Calibri"/>
          <w:color w:val="auto"/>
          <w:sz w:val="22"/>
        </w:rPr>
        <w:t xml:space="preserve"> </w:t>
      </w:r>
      <w:proofErr w:type="spellStart"/>
      <w:r w:rsidR="002E0F53">
        <w:rPr>
          <w:rFonts w:ascii="Calibri" w:hAnsi="Calibri" w:cs="Calibri"/>
          <w:color w:val="auto"/>
          <w:sz w:val="22"/>
        </w:rPr>
        <w:t>tez</w:t>
      </w:r>
      <w:proofErr w:type="spellEnd"/>
      <w:r w:rsidR="002E0F53">
        <w:rPr>
          <w:rFonts w:ascii="Calibri" w:hAnsi="Calibri" w:cs="Calibri"/>
          <w:color w:val="auto"/>
          <w:sz w:val="22"/>
        </w:rPr>
        <w:t xml:space="preserve"> </w:t>
      </w:r>
      <w:proofErr w:type="spellStart"/>
      <w:r w:rsidR="002E0F53">
        <w:rPr>
          <w:rFonts w:ascii="Calibri" w:hAnsi="Calibri" w:cs="Calibri"/>
          <w:color w:val="auto"/>
          <w:sz w:val="22"/>
        </w:rPr>
        <w:t>veri</w:t>
      </w:r>
      <w:proofErr w:type="spellEnd"/>
      <w:r w:rsidR="002E0F53">
        <w:rPr>
          <w:rFonts w:ascii="Calibri" w:hAnsi="Calibri" w:cs="Calibri"/>
          <w:color w:val="auto"/>
          <w:sz w:val="22"/>
        </w:rPr>
        <w:t xml:space="preserve"> </w:t>
      </w:r>
      <w:proofErr w:type="spellStart"/>
      <w:r w:rsidR="002E0F53">
        <w:rPr>
          <w:rFonts w:ascii="Calibri" w:hAnsi="Calibri" w:cs="Calibri"/>
          <w:color w:val="auto"/>
          <w:sz w:val="22"/>
        </w:rPr>
        <w:t>giriş</w:t>
      </w:r>
      <w:proofErr w:type="spellEnd"/>
      <w:r w:rsidR="002E0F53">
        <w:rPr>
          <w:rFonts w:ascii="Calibri" w:hAnsi="Calibri" w:cs="Calibri"/>
          <w:color w:val="auto"/>
          <w:sz w:val="22"/>
        </w:rPr>
        <w:t xml:space="preserve"> </w:t>
      </w:r>
      <w:proofErr w:type="spellStart"/>
      <w:r w:rsidR="002E0F53">
        <w:rPr>
          <w:rFonts w:ascii="Calibri" w:hAnsi="Calibri" w:cs="Calibri"/>
          <w:color w:val="auto"/>
          <w:sz w:val="22"/>
        </w:rPr>
        <w:t>formunda</w:t>
      </w:r>
      <w:proofErr w:type="spellEnd"/>
      <w:r w:rsidR="002E0F53">
        <w:rPr>
          <w:rFonts w:ascii="Calibri" w:hAnsi="Calibri" w:cs="Calibri"/>
          <w:color w:val="auto"/>
          <w:sz w:val="22"/>
        </w:rPr>
        <w:t xml:space="preserve"> </w:t>
      </w:r>
      <w:proofErr w:type="spellStart"/>
      <w:r w:rsidRPr="00654756">
        <w:rPr>
          <w:rFonts w:ascii="Calibri" w:hAnsi="Calibri" w:cs="Calibri"/>
          <w:color w:val="auto"/>
          <w:sz w:val="22"/>
        </w:rPr>
        <w:t>verdiği</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referans</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numarası</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mezuniyet</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yılı</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ve</w:t>
      </w:r>
      <w:proofErr w:type="spellEnd"/>
      <w:r w:rsidRPr="00654756">
        <w:rPr>
          <w:rFonts w:ascii="Calibri" w:hAnsi="Calibri" w:cs="Calibri"/>
          <w:color w:val="auto"/>
          <w:sz w:val="22"/>
        </w:rPr>
        <w:t xml:space="preserve"> Ana </w:t>
      </w:r>
      <w:proofErr w:type="spellStart"/>
      <w:r w:rsidRPr="00654756">
        <w:rPr>
          <w:rFonts w:ascii="Calibri" w:hAnsi="Calibri" w:cs="Calibri"/>
          <w:color w:val="auto"/>
          <w:sz w:val="22"/>
        </w:rPr>
        <w:t>Bilim</w:t>
      </w:r>
      <w:proofErr w:type="spellEnd"/>
      <w:r w:rsidRPr="00654756">
        <w:rPr>
          <w:rFonts w:ascii="Calibri" w:hAnsi="Calibri" w:cs="Calibri"/>
          <w:color w:val="auto"/>
          <w:sz w:val="22"/>
        </w:rPr>
        <w:t xml:space="preserve"> Dalı </w:t>
      </w:r>
      <w:r w:rsidR="002E0F53">
        <w:rPr>
          <w:rFonts w:ascii="Calibri" w:hAnsi="Calibri" w:cs="Calibri"/>
          <w:color w:val="auto"/>
          <w:sz w:val="22"/>
        </w:rPr>
        <w:t>(</w:t>
      </w:r>
      <w:r w:rsidRPr="00654756">
        <w:rPr>
          <w:rFonts w:ascii="Calibri" w:hAnsi="Calibri" w:cs="Calibri"/>
          <w:color w:val="auto"/>
          <w:sz w:val="22"/>
        </w:rPr>
        <w:t xml:space="preserve">Veri </w:t>
      </w:r>
      <w:proofErr w:type="spellStart"/>
      <w:r w:rsidRPr="00654756">
        <w:rPr>
          <w:rFonts w:ascii="Calibri" w:hAnsi="Calibri" w:cs="Calibri"/>
          <w:color w:val="auto"/>
          <w:sz w:val="22"/>
        </w:rPr>
        <w:t>Bilimi</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ve</w:t>
      </w:r>
      <w:proofErr w:type="spellEnd"/>
      <w:r w:rsidRPr="00654756">
        <w:rPr>
          <w:rFonts w:ascii="Calibri" w:hAnsi="Calibri" w:cs="Calibri"/>
          <w:color w:val="auto"/>
          <w:sz w:val="22"/>
        </w:rPr>
        <w:t xml:space="preserve"> Yapay Zeka (</w:t>
      </w:r>
      <w:proofErr w:type="spellStart"/>
      <w:r w:rsidRPr="00654756">
        <w:rPr>
          <w:rFonts w:ascii="Calibri" w:hAnsi="Calibri" w:cs="Calibri"/>
          <w:color w:val="auto"/>
          <w:sz w:val="22"/>
        </w:rPr>
        <w:t>Disiplinleraras</w:t>
      </w:r>
      <w:r w:rsidR="002E0F53">
        <w:rPr>
          <w:rFonts w:ascii="Calibri" w:hAnsi="Calibri" w:cs="Calibri"/>
          <w:color w:val="auto"/>
          <w:sz w:val="22"/>
        </w:rPr>
        <w:t>ı</w:t>
      </w:r>
      <w:proofErr w:type="spellEnd"/>
      <w:r w:rsidR="002E0F53">
        <w:rPr>
          <w:rFonts w:ascii="Calibri" w:hAnsi="Calibri" w:cs="Calibri"/>
          <w:color w:val="auto"/>
          <w:sz w:val="22"/>
        </w:rPr>
        <w:t xml:space="preserve">)) </w:t>
      </w:r>
      <w:proofErr w:type="spellStart"/>
      <w:r w:rsidRPr="00654756">
        <w:rPr>
          <w:rFonts w:ascii="Calibri" w:hAnsi="Calibri" w:cs="Calibri"/>
          <w:color w:val="auto"/>
          <w:sz w:val="22"/>
        </w:rPr>
        <w:t>yazılmalıdır</w:t>
      </w:r>
      <w:proofErr w:type="spellEnd"/>
      <w:r w:rsidRPr="00654756">
        <w:rPr>
          <w:rFonts w:ascii="Calibri" w:hAnsi="Calibri" w:cs="Calibri"/>
          <w:color w:val="auto"/>
          <w:sz w:val="22"/>
        </w:rPr>
        <w:t>.</w:t>
      </w:r>
    </w:p>
    <w:p w14:paraId="20E24FA7" w14:textId="77777777" w:rsidR="00397208" w:rsidRPr="00654756" w:rsidRDefault="00397208" w:rsidP="00397208">
      <w:pPr>
        <w:pStyle w:val="Note"/>
        <w:spacing w:before="0" w:after="0" w:line="240" w:lineRule="auto"/>
        <w:jc w:val="both"/>
        <w:rPr>
          <w:rFonts w:ascii="Calibri" w:hAnsi="Calibri" w:cs="Calibri"/>
          <w:color w:val="auto"/>
          <w:sz w:val="22"/>
        </w:rPr>
      </w:pPr>
    </w:p>
    <w:p w14:paraId="51664EA5" w14:textId="55C95753" w:rsidR="00B4263C" w:rsidRPr="00654756" w:rsidRDefault="008E7B41" w:rsidP="00397208">
      <w:pPr>
        <w:pStyle w:val="Note"/>
        <w:spacing w:before="0" w:after="0" w:line="240" w:lineRule="auto"/>
        <w:jc w:val="both"/>
        <w:rPr>
          <w:rFonts w:ascii="Calibri" w:hAnsi="Calibri" w:cs="Calibri"/>
          <w:color w:val="auto"/>
          <w:sz w:val="22"/>
        </w:rPr>
      </w:pPr>
      <w:r w:rsidRPr="00654756">
        <w:rPr>
          <w:rFonts w:ascii="Calibri" w:hAnsi="Calibri" w:cs="Calibri"/>
          <w:color w:val="auto"/>
          <w:sz w:val="22"/>
        </w:rPr>
        <w:t xml:space="preserve">Tezin ek </w:t>
      </w:r>
      <w:proofErr w:type="spellStart"/>
      <w:r w:rsidRPr="00654756">
        <w:rPr>
          <w:rFonts w:ascii="Calibri" w:hAnsi="Calibri" w:cs="Calibri"/>
          <w:color w:val="auto"/>
          <w:sz w:val="22"/>
        </w:rPr>
        <w:t>dosyaları</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varsa</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bu</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dosyalar</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yalnızca</w:t>
      </w:r>
      <w:proofErr w:type="spellEnd"/>
      <w:r w:rsidRPr="00654756">
        <w:rPr>
          <w:rFonts w:ascii="Calibri" w:hAnsi="Calibri" w:cs="Calibri"/>
          <w:color w:val="auto"/>
          <w:sz w:val="22"/>
        </w:rPr>
        <w:t xml:space="preserve"> WinRAR </w:t>
      </w:r>
      <w:proofErr w:type="spellStart"/>
      <w:r w:rsidRPr="00654756">
        <w:rPr>
          <w:rFonts w:ascii="Calibri" w:hAnsi="Calibri" w:cs="Calibri"/>
          <w:color w:val="auto"/>
          <w:sz w:val="22"/>
        </w:rPr>
        <w:t>programı</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ile</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sıkıştırılır</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ve</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tezin</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bulunduğu</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iki</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CD’de</w:t>
      </w:r>
      <w:proofErr w:type="spellEnd"/>
      <w:r w:rsidRPr="00654756">
        <w:rPr>
          <w:rFonts w:ascii="Calibri" w:hAnsi="Calibri" w:cs="Calibri"/>
          <w:color w:val="auto"/>
          <w:sz w:val="22"/>
        </w:rPr>
        <w:t xml:space="preserve"> de “</w:t>
      </w:r>
      <w:proofErr w:type="spellStart"/>
      <w:r w:rsidRPr="00654756">
        <w:rPr>
          <w:rFonts w:ascii="Calibri" w:hAnsi="Calibri" w:cs="Calibri"/>
          <w:color w:val="auto"/>
          <w:sz w:val="22"/>
        </w:rPr>
        <w:t>ekler.rar</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adlı</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dosya</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olarak</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yer</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alır</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örn</w:t>
      </w:r>
      <w:proofErr w:type="spellEnd"/>
      <w:r w:rsidRPr="00654756">
        <w:rPr>
          <w:rFonts w:ascii="Calibri" w:hAnsi="Calibri" w:cs="Calibri"/>
          <w:color w:val="auto"/>
          <w:sz w:val="22"/>
        </w:rPr>
        <w:t xml:space="preserve">. ham </w:t>
      </w:r>
      <w:proofErr w:type="spellStart"/>
      <w:r w:rsidRPr="00654756">
        <w:rPr>
          <w:rFonts w:ascii="Calibri" w:hAnsi="Calibri" w:cs="Calibri"/>
          <w:color w:val="auto"/>
          <w:sz w:val="22"/>
        </w:rPr>
        <w:t>veriler</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kodlar</w:t>
      </w:r>
      <w:proofErr w:type="spellEnd"/>
      <w:r w:rsidRPr="00654756">
        <w:rPr>
          <w:rFonts w:ascii="Calibri" w:hAnsi="Calibri" w:cs="Calibri"/>
          <w:color w:val="auto"/>
          <w:sz w:val="22"/>
        </w:rPr>
        <w:t>/</w:t>
      </w:r>
      <w:proofErr w:type="spellStart"/>
      <w:r w:rsidRPr="00654756">
        <w:rPr>
          <w:rFonts w:ascii="Calibri" w:hAnsi="Calibri" w:cs="Calibri"/>
          <w:color w:val="auto"/>
          <w:sz w:val="22"/>
        </w:rPr>
        <w:t>scriptler</w:t>
      </w:r>
      <w:proofErr w:type="spellEnd"/>
      <w:r w:rsidRPr="00654756">
        <w:rPr>
          <w:rFonts w:ascii="Calibri" w:hAnsi="Calibri" w:cs="Calibri"/>
          <w:color w:val="auto"/>
          <w:sz w:val="22"/>
        </w:rPr>
        <w:t xml:space="preserve"> vb.; ek </w:t>
      </w:r>
      <w:proofErr w:type="spellStart"/>
      <w:r w:rsidRPr="00654756">
        <w:rPr>
          <w:rFonts w:ascii="Calibri" w:hAnsi="Calibri" w:cs="Calibri"/>
          <w:color w:val="auto"/>
          <w:sz w:val="22"/>
        </w:rPr>
        <w:t>tablo</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ve</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şekiller</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anket</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formları</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ölçekler</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deney</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materyalleri</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görseller</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algoritma</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detayları</w:t>
      </w:r>
      <w:proofErr w:type="spellEnd"/>
      <w:r w:rsidRPr="00654756">
        <w:rPr>
          <w:rFonts w:ascii="Calibri" w:hAnsi="Calibri" w:cs="Calibri"/>
          <w:color w:val="auto"/>
          <w:sz w:val="22"/>
        </w:rPr>
        <w:t xml:space="preserve">; model </w:t>
      </w:r>
      <w:proofErr w:type="spellStart"/>
      <w:r w:rsidRPr="00654756">
        <w:rPr>
          <w:rFonts w:ascii="Calibri" w:hAnsi="Calibri" w:cs="Calibri"/>
          <w:color w:val="auto"/>
          <w:sz w:val="22"/>
        </w:rPr>
        <w:t>çıktıları</w:t>
      </w:r>
      <w:proofErr w:type="spellEnd"/>
      <w:r w:rsidRPr="00654756">
        <w:rPr>
          <w:rFonts w:ascii="Calibri" w:hAnsi="Calibri" w:cs="Calibri"/>
          <w:color w:val="auto"/>
          <w:sz w:val="22"/>
        </w:rPr>
        <w:t xml:space="preserve"> vb.).</w:t>
      </w:r>
    </w:p>
    <w:p w14:paraId="5CE3E6A2" w14:textId="77777777" w:rsidR="00B4263C" w:rsidRPr="00654756" w:rsidRDefault="008E7B41" w:rsidP="00397208">
      <w:pPr>
        <w:pStyle w:val="CDLabel"/>
        <w:numPr>
          <w:ilvl w:val="0"/>
          <w:numId w:val="23"/>
        </w:numPr>
        <w:rPr>
          <w:rFonts w:ascii="Calibri" w:hAnsi="Calibri" w:cs="Calibri"/>
          <w:sz w:val="22"/>
          <w:u w:val="single"/>
        </w:rPr>
      </w:pPr>
      <w:r w:rsidRPr="00654756">
        <w:rPr>
          <w:rFonts w:ascii="Calibri" w:hAnsi="Calibri" w:cs="Calibri"/>
          <w:sz w:val="22"/>
          <w:u w:val="single"/>
        </w:rPr>
        <w:t>Birinci CD</w:t>
      </w:r>
    </w:p>
    <w:p w14:paraId="2E13B4C3" w14:textId="0C627DA6" w:rsidR="00B4263C" w:rsidRPr="00654756" w:rsidRDefault="008E7B41" w:rsidP="00F651D8">
      <w:pPr>
        <w:numPr>
          <w:ilvl w:val="0"/>
          <w:numId w:val="19"/>
        </w:numPr>
        <w:spacing w:after="60"/>
        <w:ind w:left="720"/>
        <w:rPr>
          <w:rFonts w:ascii="Calibri" w:hAnsi="Calibri" w:cs="Calibri"/>
        </w:rPr>
      </w:pPr>
      <w:r w:rsidRPr="00654756">
        <w:rPr>
          <w:rFonts w:ascii="Calibri" w:hAnsi="Calibri" w:cs="Calibri"/>
          <w:b/>
          <w:bCs/>
        </w:rPr>
        <w:t xml:space="preserve">Yalnızca </w:t>
      </w:r>
      <w:proofErr w:type="spellStart"/>
      <w:r w:rsidRPr="00654756">
        <w:rPr>
          <w:rFonts w:ascii="Calibri" w:hAnsi="Calibri" w:cs="Calibri"/>
          <w:b/>
          <w:bCs/>
        </w:rPr>
        <w:t>tezin</w:t>
      </w:r>
      <w:proofErr w:type="spellEnd"/>
      <w:r w:rsidRPr="00654756">
        <w:rPr>
          <w:rFonts w:ascii="Calibri" w:hAnsi="Calibri" w:cs="Calibri"/>
          <w:b/>
          <w:bCs/>
        </w:rPr>
        <w:t xml:space="preserve"> PDF </w:t>
      </w:r>
      <w:proofErr w:type="spellStart"/>
      <w:r w:rsidRPr="00654756">
        <w:rPr>
          <w:rFonts w:ascii="Calibri" w:hAnsi="Calibri" w:cs="Calibri"/>
          <w:b/>
          <w:bCs/>
        </w:rPr>
        <w:t>kopyası</w:t>
      </w:r>
      <w:proofErr w:type="spellEnd"/>
      <w:r w:rsidRPr="00654756">
        <w:rPr>
          <w:rFonts w:ascii="Calibri" w:hAnsi="Calibri" w:cs="Calibri"/>
          <w:b/>
          <w:bCs/>
        </w:rPr>
        <w:t>.</w:t>
      </w:r>
      <w:r w:rsidRPr="00654756">
        <w:rPr>
          <w:rFonts w:ascii="Calibri" w:hAnsi="Calibri" w:cs="Calibri"/>
          <w:b/>
        </w:rPr>
        <w:t xml:space="preserve"> </w:t>
      </w:r>
      <w:r w:rsidR="00B252C6" w:rsidRPr="00654756">
        <w:rPr>
          <w:rFonts w:ascii="Calibri" w:hAnsi="Calibri" w:cs="Calibri"/>
          <w:b/>
        </w:rPr>
        <w:br/>
      </w:r>
      <w:r w:rsidRPr="00654756">
        <w:rPr>
          <w:rFonts w:ascii="Calibri" w:hAnsi="Calibri" w:cs="Calibri"/>
        </w:rPr>
        <w:t xml:space="preserve">Birinci </w:t>
      </w:r>
      <w:proofErr w:type="spellStart"/>
      <w:r w:rsidRPr="00654756">
        <w:rPr>
          <w:rFonts w:ascii="Calibri" w:hAnsi="Calibri" w:cs="Calibri"/>
        </w:rPr>
        <w:t>CD’deki</w:t>
      </w:r>
      <w:proofErr w:type="spellEnd"/>
      <w:r w:rsidRPr="00654756">
        <w:rPr>
          <w:rFonts w:ascii="Calibri" w:hAnsi="Calibri" w:cs="Calibri"/>
        </w:rPr>
        <w:t xml:space="preserve"> </w:t>
      </w:r>
      <w:proofErr w:type="spellStart"/>
      <w:r w:rsidRPr="00654756">
        <w:rPr>
          <w:rFonts w:ascii="Calibri" w:hAnsi="Calibri" w:cs="Calibri"/>
        </w:rPr>
        <w:t>tezde</w:t>
      </w:r>
      <w:proofErr w:type="spellEnd"/>
      <w:r w:rsidRPr="00654756">
        <w:rPr>
          <w:rFonts w:ascii="Calibri" w:hAnsi="Calibri" w:cs="Calibri"/>
        </w:rPr>
        <w:t xml:space="preserve"> </w:t>
      </w:r>
      <w:proofErr w:type="spellStart"/>
      <w:r w:rsidRPr="00654756">
        <w:rPr>
          <w:rFonts w:ascii="Calibri" w:hAnsi="Calibri" w:cs="Calibri"/>
        </w:rPr>
        <w:t>danışman</w:t>
      </w:r>
      <w:proofErr w:type="spellEnd"/>
      <w:r w:rsidRPr="00654756">
        <w:rPr>
          <w:rFonts w:ascii="Calibri" w:hAnsi="Calibri" w:cs="Calibri"/>
        </w:rPr>
        <w:t xml:space="preserve"> ad-</w:t>
      </w:r>
      <w:proofErr w:type="spellStart"/>
      <w:r w:rsidRPr="00654756">
        <w:rPr>
          <w:rFonts w:ascii="Calibri" w:hAnsi="Calibri" w:cs="Calibri"/>
        </w:rPr>
        <w:t>soyadlarının</w:t>
      </w:r>
      <w:proofErr w:type="spellEnd"/>
      <w:r w:rsidRPr="00654756">
        <w:rPr>
          <w:rFonts w:ascii="Calibri" w:hAnsi="Calibri" w:cs="Calibri"/>
        </w:rPr>
        <w:t xml:space="preserve"> </w:t>
      </w:r>
      <w:proofErr w:type="spellStart"/>
      <w:r w:rsidRPr="00654756">
        <w:rPr>
          <w:rFonts w:ascii="Calibri" w:hAnsi="Calibri" w:cs="Calibri"/>
        </w:rPr>
        <w:t>bulunduğu</w:t>
      </w:r>
      <w:proofErr w:type="spellEnd"/>
      <w:r w:rsidRPr="00654756">
        <w:rPr>
          <w:rFonts w:ascii="Calibri" w:hAnsi="Calibri" w:cs="Calibri"/>
        </w:rPr>
        <w:t xml:space="preserve"> </w:t>
      </w:r>
      <w:proofErr w:type="spellStart"/>
      <w:r w:rsidRPr="00654756">
        <w:rPr>
          <w:rFonts w:ascii="Calibri" w:hAnsi="Calibri" w:cs="Calibri"/>
        </w:rPr>
        <w:t>sayfa</w:t>
      </w:r>
      <w:proofErr w:type="spellEnd"/>
      <w:r w:rsidRPr="00654756">
        <w:rPr>
          <w:rFonts w:ascii="Calibri" w:hAnsi="Calibri" w:cs="Calibri"/>
        </w:rPr>
        <w:t xml:space="preserve"> (</w:t>
      </w:r>
      <w:proofErr w:type="spellStart"/>
      <w:r w:rsidRPr="00654756">
        <w:rPr>
          <w:rFonts w:ascii="Calibri" w:hAnsi="Calibri" w:cs="Calibri"/>
        </w:rPr>
        <w:t>imzalı</w:t>
      </w:r>
      <w:proofErr w:type="spellEnd"/>
      <w:r w:rsidRPr="00654756">
        <w:rPr>
          <w:rFonts w:ascii="Calibri" w:hAnsi="Calibri" w:cs="Calibri"/>
        </w:rPr>
        <w:t xml:space="preserve"> </w:t>
      </w:r>
      <w:proofErr w:type="spellStart"/>
      <w:r w:rsidRPr="00654756">
        <w:rPr>
          <w:rFonts w:ascii="Calibri" w:hAnsi="Calibri" w:cs="Calibri"/>
        </w:rPr>
        <w:t>olmasa</w:t>
      </w:r>
      <w:proofErr w:type="spellEnd"/>
      <w:r w:rsidRPr="00654756">
        <w:rPr>
          <w:rFonts w:ascii="Calibri" w:hAnsi="Calibri" w:cs="Calibri"/>
        </w:rPr>
        <w:t xml:space="preserve"> </w:t>
      </w:r>
      <w:proofErr w:type="spellStart"/>
      <w:r w:rsidRPr="00654756">
        <w:rPr>
          <w:rFonts w:ascii="Calibri" w:hAnsi="Calibri" w:cs="Calibri"/>
        </w:rPr>
        <w:t>dahi</w:t>
      </w:r>
      <w:proofErr w:type="spellEnd"/>
      <w:r w:rsidRPr="00654756">
        <w:rPr>
          <w:rFonts w:ascii="Calibri" w:hAnsi="Calibri" w:cs="Calibri"/>
        </w:rPr>
        <w:t xml:space="preserve">) </w:t>
      </w:r>
      <w:proofErr w:type="spellStart"/>
      <w:r w:rsidRPr="00654756">
        <w:rPr>
          <w:rFonts w:ascii="Calibri" w:hAnsi="Calibri" w:cs="Calibri"/>
        </w:rPr>
        <w:t>hariç</w:t>
      </w:r>
      <w:proofErr w:type="spellEnd"/>
      <w:r w:rsidRPr="00654756">
        <w:rPr>
          <w:rFonts w:ascii="Calibri" w:hAnsi="Calibri" w:cs="Calibri"/>
        </w:rPr>
        <w:t xml:space="preserve"> </w:t>
      </w:r>
      <w:proofErr w:type="spellStart"/>
      <w:r w:rsidRPr="00654756">
        <w:rPr>
          <w:rFonts w:ascii="Calibri" w:hAnsi="Calibri" w:cs="Calibri"/>
        </w:rPr>
        <w:t>olacak</w:t>
      </w:r>
      <w:proofErr w:type="spellEnd"/>
      <w:r w:rsidRPr="00654756">
        <w:rPr>
          <w:rFonts w:ascii="Calibri" w:hAnsi="Calibri" w:cs="Calibri"/>
        </w:rPr>
        <w:t xml:space="preserve"> </w:t>
      </w:r>
      <w:proofErr w:type="spellStart"/>
      <w:r w:rsidRPr="00654756">
        <w:rPr>
          <w:rFonts w:ascii="Calibri" w:hAnsi="Calibri" w:cs="Calibri"/>
        </w:rPr>
        <w:t>şekilde</w:t>
      </w:r>
      <w:proofErr w:type="spellEnd"/>
      <w:r w:rsidRPr="00654756">
        <w:rPr>
          <w:rFonts w:ascii="Calibri" w:hAnsi="Calibri" w:cs="Calibri"/>
        </w:rPr>
        <w:t xml:space="preserve"> PDF </w:t>
      </w:r>
      <w:proofErr w:type="spellStart"/>
      <w:r w:rsidRPr="00654756">
        <w:rPr>
          <w:rFonts w:ascii="Calibri" w:hAnsi="Calibri" w:cs="Calibri"/>
        </w:rPr>
        <w:t>yapılarak</w:t>
      </w:r>
      <w:proofErr w:type="spellEnd"/>
      <w:r w:rsidRPr="00654756">
        <w:rPr>
          <w:rFonts w:ascii="Calibri" w:hAnsi="Calibri" w:cs="Calibri"/>
        </w:rPr>
        <w:t xml:space="preserve"> </w:t>
      </w:r>
      <w:proofErr w:type="spellStart"/>
      <w:r w:rsidRPr="00654756">
        <w:rPr>
          <w:rFonts w:ascii="Calibri" w:hAnsi="Calibri" w:cs="Calibri"/>
        </w:rPr>
        <w:t>konulmalıdır</w:t>
      </w:r>
      <w:proofErr w:type="spellEnd"/>
      <w:r w:rsidRPr="00654756">
        <w:rPr>
          <w:rFonts w:ascii="Calibri" w:hAnsi="Calibri" w:cs="Calibri"/>
        </w:rPr>
        <w:t>.</w:t>
      </w:r>
    </w:p>
    <w:p w14:paraId="450A637F" w14:textId="77777777" w:rsidR="00B4263C" w:rsidRPr="00654756" w:rsidRDefault="008E7B41" w:rsidP="00397208">
      <w:pPr>
        <w:pStyle w:val="CDLabel"/>
        <w:numPr>
          <w:ilvl w:val="0"/>
          <w:numId w:val="24"/>
        </w:numPr>
        <w:rPr>
          <w:rFonts w:ascii="Calibri" w:hAnsi="Calibri" w:cs="Calibri"/>
          <w:sz w:val="22"/>
          <w:u w:val="single"/>
        </w:rPr>
      </w:pPr>
      <w:proofErr w:type="spellStart"/>
      <w:r w:rsidRPr="00654756">
        <w:rPr>
          <w:rFonts w:ascii="Calibri" w:hAnsi="Calibri" w:cs="Calibri"/>
          <w:sz w:val="22"/>
          <w:u w:val="single"/>
        </w:rPr>
        <w:t>İkinci</w:t>
      </w:r>
      <w:proofErr w:type="spellEnd"/>
      <w:r w:rsidRPr="00654756">
        <w:rPr>
          <w:rFonts w:ascii="Calibri" w:hAnsi="Calibri" w:cs="Calibri"/>
          <w:sz w:val="22"/>
          <w:u w:val="single"/>
        </w:rPr>
        <w:t xml:space="preserve"> CD</w:t>
      </w:r>
    </w:p>
    <w:p w14:paraId="3A97E3FE" w14:textId="77777777" w:rsidR="00B4263C" w:rsidRPr="00654756" w:rsidRDefault="008E7B41" w:rsidP="00F651D8">
      <w:pPr>
        <w:numPr>
          <w:ilvl w:val="0"/>
          <w:numId w:val="19"/>
        </w:numPr>
        <w:spacing w:after="60"/>
        <w:ind w:left="720"/>
        <w:rPr>
          <w:rFonts w:ascii="Calibri" w:hAnsi="Calibri" w:cs="Calibri"/>
        </w:rPr>
      </w:pPr>
      <w:r w:rsidRPr="00654756">
        <w:rPr>
          <w:rFonts w:ascii="Calibri" w:hAnsi="Calibri" w:cs="Calibri"/>
          <w:b/>
        </w:rPr>
        <w:t xml:space="preserve">Tezin PDF </w:t>
      </w:r>
      <w:proofErr w:type="spellStart"/>
      <w:r w:rsidRPr="00654756">
        <w:rPr>
          <w:rFonts w:ascii="Calibri" w:hAnsi="Calibri" w:cs="Calibri"/>
          <w:b/>
        </w:rPr>
        <w:t>kopyası</w:t>
      </w:r>
      <w:proofErr w:type="spellEnd"/>
      <w:r w:rsidRPr="00654756">
        <w:rPr>
          <w:rFonts w:ascii="Calibri" w:hAnsi="Calibri" w:cs="Calibri"/>
        </w:rPr>
        <w:t xml:space="preserve"> </w:t>
      </w:r>
      <w:r w:rsidRPr="00654756">
        <w:rPr>
          <w:rFonts w:ascii="Calibri" w:hAnsi="Calibri" w:cs="Calibri"/>
          <w:i/>
        </w:rPr>
        <w:t>(</w:t>
      </w:r>
      <w:proofErr w:type="spellStart"/>
      <w:r w:rsidRPr="00654756">
        <w:rPr>
          <w:rFonts w:ascii="Calibri" w:hAnsi="Calibri" w:cs="Calibri"/>
          <w:i/>
        </w:rPr>
        <w:t>danışman</w:t>
      </w:r>
      <w:proofErr w:type="spellEnd"/>
      <w:r w:rsidRPr="00654756">
        <w:rPr>
          <w:rFonts w:ascii="Calibri" w:hAnsi="Calibri" w:cs="Calibri"/>
          <w:i/>
        </w:rPr>
        <w:t xml:space="preserve"> ad-</w:t>
      </w:r>
      <w:proofErr w:type="spellStart"/>
      <w:r w:rsidRPr="00654756">
        <w:rPr>
          <w:rFonts w:ascii="Calibri" w:hAnsi="Calibri" w:cs="Calibri"/>
          <w:i/>
        </w:rPr>
        <w:t>soyadlarının</w:t>
      </w:r>
      <w:proofErr w:type="spellEnd"/>
      <w:r w:rsidRPr="00654756">
        <w:rPr>
          <w:rFonts w:ascii="Calibri" w:hAnsi="Calibri" w:cs="Calibri"/>
          <w:i/>
        </w:rPr>
        <w:t xml:space="preserve"> </w:t>
      </w:r>
      <w:proofErr w:type="spellStart"/>
      <w:r w:rsidRPr="00654756">
        <w:rPr>
          <w:rFonts w:ascii="Calibri" w:hAnsi="Calibri" w:cs="Calibri"/>
          <w:i/>
        </w:rPr>
        <w:t>bulunduğu</w:t>
      </w:r>
      <w:proofErr w:type="spellEnd"/>
      <w:r w:rsidRPr="00654756">
        <w:rPr>
          <w:rFonts w:ascii="Calibri" w:hAnsi="Calibri" w:cs="Calibri"/>
          <w:i/>
        </w:rPr>
        <w:t xml:space="preserve"> </w:t>
      </w:r>
      <w:proofErr w:type="spellStart"/>
      <w:r w:rsidRPr="00654756">
        <w:rPr>
          <w:rFonts w:ascii="Calibri" w:hAnsi="Calibri" w:cs="Calibri"/>
          <w:i/>
        </w:rPr>
        <w:t>sayfa</w:t>
      </w:r>
      <w:proofErr w:type="spellEnd"/>
      <w:r w:rsidRPr="00654756">
        <w:rPr>
          <w:rFonts w:ascii="Calibri" w:hAnsi="Calibri" w:cs="Calibri"/>
          <w:i/>
        </w:rPr>
        <w:t xml:space="preserve"> (</w:t>
      </w:r>
      <w:proofErr w:type="spellStart"/>
      <w:r w:rsidRPr="00654756">
        <w:rPr>
          <w:rFonts w:ascii="Calibri" w:hAnsi="Calibri" w:cs="Calibri"/>
          <w:i/>
        </w:rPr>
        <w:t>imzasız</w:t>
      </w:r>
      <w:proofErr w:type="spellEnd"/>
      <w:r w:rsidRPr="00654756">
        <w:rPr>
          <w:rFonts w:ascii="Calibri" w:hAnsi="Calibri" w:cs="Calibri"/>
          <w:i/>
        </w:rPr>
        <w:t xml:space="preserve">) </w:t>
      </w:r>
      <w:proofErr w:type="spellStart"/>
      <w:r w:rsidRPr="00654756">
        <w:rPr>
          <w:rFonts w:ascii="Calibri" w:hAnsi="Calibri" w:cs="Calibri"/>
          <w:i/>
        </w:rPr>
        <w:t>dahil</w:t>
      </w:r>
      <w:proofErr w:type="spellEnd"/>
      <w:r w:rsidRPr="00654756">
        <w:rPr>
          <w:rFonts w:ascii="Calibri" w:hAnsi="Calibri" w:cs="Calibri"/>
          <w:i/>
        </w:rPr>
        <w:t xml:space="preserve"> </w:t>
      </w:r>
      <w:proofErr w:type="spellStart"/>
      <w:r w:rsidRPr="00654756">
        <w:rPr>
          <w:rFonts w:ascii="Calibri" w:hAnsi="Calibri" w:cs="Calibri"/>
          <w:i/>
        </w:rPr>
        <w:t>olacak</w:t>
      </w:r>
      <w:proofErr w:type="spellEnd"/>
      <w:r w:rsidRPr="00654756">
        <w:rPr>
          <w:rFonts w:ascii="Calibri" w:hAnsi="Calibri" w:cs="Calibri"/>
          <w:i/>
        </w:rPr>
        <w:t xml:space="preserve"> </w:t>
      </w:r>
      <w:proofErr w:type="spellStart"/>
      <w:r w:rsidRPr="00654756">
        <w:rPr>
          <w:rFonts w:ascii="Calibri" w:hAnsi="Calibri" w:cs="Calibri"/>
          <w:i/>
        </w:rPr>
        <w:t>şekilde</w:t>
      </w:r>
      <w:proofErr w:type="spellEnd"/>
      <w:r w:rsidRPr="00654756">
        <w:rPr>
          <w:rFonts w:ascii="Calibri" w:hAnsi="Calibri" w:cs="Calibri"/>
          <w:i/>
        </w:rPr>
        <w:t xml:space="preserve"> PDF </w:t>
      </w:r>
      <w:proofErr w:type="spellStart"/>
      <w:r w:rsidRPr="00654756">
        <w:rPr>
          <w:rFonts w:ascii="Calibri" w:hAnsi="Calibri" w:cs="Calibri"/>
          <w:i/>
        </w:rPr>
        <w:t>olarak</w:t>
      </w:r>
      <w:proofErr w:type="spellEnd"/>
      <w:r w:rsidRPr="00654756">
        <w:rPr>
          <w:rFonts w:ascii="Calibri" w:hAnsi="Calibri" w:cs="Calibri"/>
          <w:i/>
        </w:rPr>
        <w:t>)</w:t>
      </w:r>
    </w:p>
    <w:p w14:paraId="70124D7B" w14:textId="77777777" w:rsidR="00B4263C" w:rsidRPr="00654756" w:rsidRDefault="008E7B41" w:rsidP="00F651D8">
      <w:pPr>
        <w:numPr>
          <w:ilvl w:val="0"/>
          <w:numId w:val="19"/>
        </w:numPr>
        <w:spacing w:after="60"/>
        <w:ind w:left="720"/>
        <w:rPr>
          <w:rFonts w:ascii="Calibri" w:hAnsi="Calibri" w:cs="Calibri"/>
          <w:b/>
        </w:rPr>
      </w:pPr>
      <w:r w:rsidRPr="00654756">
        <w:rPr>
          <w:rFonts w:ascii="Calibri" w:hAnsi="Calibri" w:cs="Calibri"/>
          <w:b/>
        </w:rPr>
        <w:t xml:space="preserve">Tez </w:t>
      </w:r>
      <w:proofErr w:type="spellStart"/>
      <w:r w:rsidRPr="00654756">
        <w:rPr>
          <w:rFonts w:ascii="Calibri" w:hAnsi="Calibri" w:cs="Calibri"/>
          <w:b/>
        </w:rPr>
        <w:t>veri</w:t>
      </w:r>
      <w:proofErr w:type="spellEnd"/>
      <w:r w:rsidRPr="00654756">
        <w:rPr>
          <w:rFonts w:ascii="Calibri" w:hAnsi="Calibri" w:cs="Calibri"/>
          <w:b/>
        </w:rPr>
        <w:t xml:space="preserve"> </w:t>
      </w:r>
      <w:proofErr w:type="spellStart"/>
      <w:r w:rsidRPr="00654756">
        <w:rPr>
          <w:rFonts w:ascii="Calibri" w:hAnsi="Calibri" w:cs="Calibri"/>
          <w:b/>
        </w:rPr>
        <w:t>giriş</w:t>
      </w:r>
      <w:proofErr w:type="spellEnd"/>
      <w:r w:rsidRPr="00654756">
        <w:rPr>
          <w:rFonts w:ascii="Calibri" w:hAnsi="Calibri" w:cs="Calibri"/>
          <w:b/>
        </w:rPr>
        <w:t xml:space="preserve"> </w:t>
      </w:r>
      <w:proofErr w:type="spellStart"/>
      <w:r w:rsidRPr="00654756">
        <w:rPr>
          <w:rFonts w:ascii="Calibri" w:hAnsi="Calibri" w:cs="Calibri"/>
          <w:b/>
        </w:rPr>
        <w:t>formu</w:t>
      </w:r>
      <w:proofErr w:type="spellEnd"/>
    </w:p>
    <w:p w14:paraId="09334918" w14:textId="77777777" w:rsidR="00B4263C" w:rsidRPr="00654756" w:rsidRDefault="008E7B41" w:rsidP="00F651D8">
      <w:pPr>
        <w:numPr>
          <w:ilvl w:val="0"/>
          <w:numId w:val="19"/>
        </w:numPr>
        <w:spacing w:after="60"/>
        <w:ind w:left="720"/>
        <w:rPr>
          <w:rFonts w:ascii="Calibri" w:hAnsi="Calibri" w:cs="Calibri"/>
          <w:b/>
          <w:color w:val="auto"/>
        </w:rPr>
      </w:pPr>
      <w:r w:rsidRPr="00654756">
        <w:rPr>
          <w:rFonts w:ascii="Calibri" w:hAnsi="Calibri" w:cs="Calibri"/>
          <w:b/>
          <w:color w:val="auto"/>
        </w:rPr>
        <w:t xml:space="preserve">Tez </w:t>
      </w:r>
      <w:proofErr w:type="spellStart"/>
      <w:r w:rsidRPr="00654756">
        <w:rPr>
          <w:rFonts w:ascii="Calibri" w:hAnsi="Calibri" w:cs="Calibri"/>
          <w:b/>
          <w:color w:val="auto"/>
        </w:rPr>
        <w:t>teslim</w:t>
      </w:r>
      <w:proofErr w:type="spellEnd"/>
      <w:r w:rsidRPr="00654756">
        <w:rPr>
          <w:rFonts w:ascii="Calibri" w:hAnsi="Calibri" w:cs="Calibri"/>
          <w:b/>
          <w:color w:val="auto"/>
        </w:rPr>
        <w:t xml:space="preserve"> </w:t>
      </w:r>
      <w:proofErr w:type="spellStart"/>
      <w:r w:rsidRPr="00654756">
        <w:rPr>
          <w:rFonts w:ascii="Calibri" w:hAnsi="Calibri" w:cs="Calibri"/>
          <w:b/>
          <w:color w:val="auto"/>
        </w:rPr>
        <w:t>dilekçesi</w:t>
      </w:r>
      <w:proofErr w:type="spellEnd"/>
    </w:p>
    <w:p w14:paraId="0F87D64B" w14:textId="77777777" w:rsidR="00B4263C" w:rsidRPr="00654756" w:rsidRDefault="008E7B41" w:rsidP="00F651D8">
      <w:pPr>
        <w:numPr>
          <w:ilvl w:val="0"/>
          <w:numId w:val="19"/>
        </w:numPr>
        <w:spacing w:after="60"/>
        <w:ind w:left="720"/>
        <w:rPr>
          <w:rFonts w:ascii="Calibri" w:hAnsi="Calibri" w:cs="Calibri"/>
          <w:b/>
        </w:rPr>
      </w:pPr>
      <w:r w:rsidRPr="00654756">
        <w:rPr>
          <w:rFonts w:ascii="Calibri" w:hAnsi="Calibri" w:cs="Calibri"/>
          <w:b/>
        </w:rPr>
        <w:t xml:space="preserve">Turnitin </w:t>
      </w:r>
      <w:proofErr w:type="spellStart"/>
      <w:r w:rsidRPr="00654756">
        <w:rPr>
          <w:rFonts w:ascii="Calibri" w:hAnsi="Calibri" w:cs="Calibri"/>
          <w:b/>
        </w:rPr>
        <w:t>raporu</w:t>
      </w:r>
      <w:proofErr w:type="spellEnd"/>
    </w:p>
    <w:p w14:paraId="6934B40A" w14:textId="77777777" w:rsidR="00B4263C" w:rsidRPr="00654756" w:rsidRDefault="008E7B41" w:rsidP="00F651D8">
      <w:pPr>
        <w:numPr>
          <w:ilvl w:val="0"/>
          <w:numId w:val="19"/>
        </w:numPr>
        <w:spacing w:after="60"/>
        <w:ind w:left="720"/>
        <w:rPr>
          <w:rFonts w:ascii="Calibri" w:hAnsi="Calibri" w:cs="Calibri"/>
        </w:rPr>
      </w:pPr>
      <w:proofErr w:type="spellStart"/>
      <w:r w:rsidRPr="00654756">
        <w:rPr>
          <w:rFonts w:ascii="Calibri" w:hAnsi="Calibri" w:cs="Calibri"/>
          <w:b/>
        </w:rPr>
        <w:t>Mezuniyet</w:t>
      </w:r>
      <w:proofErr w:type="spellEnd"/>
      <w:r w:rsidRPr="00654756">
        <w:rPr>
          <w:rFonts w:ascii="Calibri" w:hAnsi="Calibri" w:cs="Calibri"/>
          <w:b/>
        </w:rPr>
        <w:t xml:space="preserve"> </w:t>
      </w:r>
      <w:proofErr w:type="spellStart"/>
      <w:r w:rsidRPr="00654756">
        <w:rPr>
          <w:rFonts w:ascii="Calibri" w:hAnsi="Calibri" w:cs="Calibri"/>
          <w:b/>
        </w:rPr>
        <w:t>için</w:t>
      </w:r>
      <w:proofErr w:type="spellEnd"/>
      <w:r w:rsidRPr="00654756">
        <w:rPr>
          <w:rFonts w:ascii="Calibri" w:hAnsi="Calibri" w:cs="Calibri"/>
          <w:b/>
        </w:rPr>
        <w:t xml:space="preserve"> </w:t>
      </w:r>
      <w:proofErr w:type="spellStart"/>
      <w:r w:rsidRPr="00654756">
        <w:rPr>
          <w:rFonts w:ascii="Calibri" w:hAnsi="Calibri" w:cs="Calibri"/>
          <w:b/>
        </w:rPr>
        <w:t>yayın</w:t>
      </w:r>
      <w:proofErr w:type="spellEnd"/>
      <w:r w:rsidRPr="00654756">
        <w:rPr>
          <w:rFonts w:ascii="Calibri" w:hAnsi="Calibri" w:cs="Calibri"/>
          <w:b/>
        </w:rPr>
        <w:t xml:space="preserve"> </w:t>
      </w:r>
      <w:proofErr w:type="spellStart"/>
      <w:r w:rsidRPr="00654756">
        <w:rPr>
          <w:rFonts w:ascii="Calibri" w:hAnsi="Calibri" w:cs="Calibri"/>
          <w:b/>
        </w:rPr>
        <w:t>koşulunun</w:t>
      </w:r>
      <w:proofErr w:type="spellEnd"/>
      <w:r w:rsidRPr="00654756">
        <w:rPr>
          <w:rFonts w:ascii="Calibri" w:hAnsi="Calibri" w:cs="Calibri"/>
        </w:rPr>
        <w:t xml:space="preserve"> </w:t>
      </w:r>
      <w:proofErr w:type="spellStart"/>
      <w:r w:rsidRPr="00654756">
        <w:rPr>
          <w:rFonts w:ascii="Calibri" w:hAnsi="Calibri" w:cs="Calibri"/>
        </w:rPr>
        <w:t>sağlandığını</w:t>
      </w:r>
      <w:proofErr w:type="spellEnd"/>
      <w:r w:rsidRPr="00654756">
        <w:rPr>
          <w:rFonts w:ascii="Calibri" w:hAnsi="Calibri" w:cs="Calibri"/>
        </w:rPr>
        <w:t xml:space="preserve"> </w:t>
      </w:r>
      <w:proofErr w:type="spellStart"/>
      <w:r w:rsidRPr="00654756">
        <w:rPr>
          <w:rFonts w:ascii="Calibri" w:hAnsi="Calibri" w:cs="Calibri"/>
        </w:rPr>
        <w:t>ispat</w:t>
      </w:r>
      <w:proofErr w:type="spellEnd"/>
      <w:r w:rsidRPr="00654756">
        <w:rPr>
          <w:rFonts w:ascii="Calibri" w:hAnsi="Calibri" w:cs="Calibri"/>
        </w:rPr>
        <w:t xml:space="preserve"> </w:t>
      </w:r>
      <w:proofErr w:type="spellStart"/>
      <w:r w:rsidRPr="00654756">
        <w:rPr>
          <w:rFonts w:ascii="Calibri" w:hAnsi="Calibri" w:cs="Calibri"/>
        </w:rPr>
        <w:t>eden</w:t>
      </w:r>
      <w:proofErr w:type="spellEnd"/>
      <w:r w:rsidRPr="00654756">
        <w:rPr>
          <w:rFonts w:ascii="Calibri" w:hAnsi="Calibri" w:cs="Calibri"/>
        </w:rPr>
        <w:t xml:space="preserve"> </w:t>
      </w:r>
      <w:proofErr w:type="spellStart"/>
      <w:r w:rsidRPr="00654756">
        <w:rPr>
          <w:rFonts w:ascii="Calibri" w:hAnsi="Calibri" w:cs="Calibri"/>
        </w:rPr>
        <w:t>doküman</w:t>
      </w:r>
      <w:proofErr w:type="spellEnd"/>
      <w:r w:rsidRPr="00654756">
        <w:rPr>
          <w:rFonts w:ascii="Calibri" w:hAnsi="Calibri" w:cs="Calibri"/>
        </w:rPr>
        <w:t xml:space="preserve">(lar), </w:t>
      </w:r>
      <w:proofErr w:type="spellStart"/>
      <w:r w:rsidRPr="00654756">
        <w:rPr>
          <w:rFonts w:ascii="Calibri" w:hAnsi="Calibri" w:cs="Calibri"/>
          <w:u w:val="single"/>
        </w:rPr>
        <w:t>birleştirilmiş</w:t>
      </w:r>
      <w:proofErr w:type="spellEnd"/>
      <w:r w:rsidRPr="00654756">
        <w:rPr>
          <w:rFonts w:ascii="Calibri" w:hAnsi="Calibri" w:cs="Calibri"/>
          <w:u w:val="single"/>
        </w:rPr>
        <w:t xml:space="preserve"> PDF </w:t>
      </w:r>
      <w:proofErr w:type="spellStart"/>
      <w:r w:rsidRPr="00654756">
        <w:rPr>
          <w:rFonts w:ascii="Calibri" w:hAnsi="Calibri" w:cs="Calibri"/>
          <w:u w:val="single"/>
        </w:rPr>
        <w:t>olarak</w:t>
      </w:r>
      <w:proofErr w:type="spellEnd"/>
    </w:p>
    <w:p w14:paraId="25EBD7B3" w14:textId="1C467E2E" w:rsidR="00B4263C" w:rsidRPr="00654756" w:rsidRDefault="008E7B41" w:rsidP="00B46E1C">
      <w:pPr>
        <w:pStyle w:val="Note"/>
        <w:spacing w:before="0" w:after="0" w:line="240" w:lineRule="auto"/>
        <w:ind w:left="720"/>
        <w:jc w:val="both"/>
        <w:rPr>
          <w:rFonts w:ascii="Calibri" w:hAnsi="Calibri" w:cs="Calibri"/>
          <w:color w:val="auto"/>
          <w:sz w:val="22"/>
        </w:rPr>
      </w:pPr>
      <w:proofErr w:type="spellStart"/>
      <w:r w:rsidRPr="00654756">
        <w:rPr>
          <w:rFonts w:ascii="Calibri" w:hAnsi="Calibri" w:cs="Calibri"/>
          <w:color w:val="auto"/>
          <w:sz w:val="22"/>
        </w:rPr>
        <w:t>Mezuniyet</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için</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yayın</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koşulu</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bulunduğundan</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yayının</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çıktısı</w:t>
      </w:r>
      <w:proofErr w:type="spellEnd"/>
      <w:r w:rsidRPr="00654756">
        <w:rPr>
          <w:rFonts w:ascii="Calibri" w:hAnsi="Calibri" w:cs="Calibri"/>
          <w:color w:val="auto"/>
          <w:sz w:val="22"/>
        </w:rPr>
        <w:t xml:space="preserve">, quartile </w:t>
      </w:r>
      <w:proofErr w:type="spellStart"/>
      <w:r w:rsidRPr="00654756">
        <w:rPr>
          <w:rFonts w:ascii="Calibri" w:hAnsi="Calibri" w:cs="Calibri"/>
          <w:color w:val="auto"/>
          <w:sz w:val="22"/>
        </w:rPr>
        <w:t>değeri</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indeksi</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ve</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yayının</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mezuniyet</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şartını</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karşılayıp</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karşılamadığını</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gönderilmiş</w:t>
      </w:r>
      <w:proofErr w:type="spellEnd"/>
      <w:r w:rsidRPr="00654756">
        <w:rPr>
          <w:rFonts w:ascii="Calibri" w:hAnsi="Calibri" w:cs="Calibri"/>
          <w:color w:val="auto"/>
          <w:sz w:val="22"/>
        </w:rPr>
        <w:t xml:space="preserve"> / </w:t>
      </w:r>
      <w:proofErr w:type="spellStart"/>
      <w:r w:rsidRPr="00654756">
        <w:rPr>
          <w:rFonts w:ascii="Calibri" w:hAnsi="Calibri" w:cs="Calibri"/>
          <w:color w:val="auto"/>
          <w:sz w:val="22"/>
        </w:rPr>
        <w:t>sunulmuş</w:t>
      </w:r>
      <w:proofErr w:type="spellEnd"/>
      <w:r w:rsidRPr="00654756">
        <w:rPr>
          <w:rFonts w:ascii="Calibri" w:hAnsi="Calibri" w:cs="Calibri"/>
          <w:color w:val="auto"/>
          <w:sz w:val="22"/>
        </w:rPr>
        <w:t xml:space="preserve"> / </w:t>
      </w:r>
      <w:proofErr w:type="spellStart"/>
      <w:r w:rsidRPr="00654756">
        <w:rPr>
          <w:rFonts w:ascii="Calibri" w:hAnsi="Calibri" w:cs="Calibri"/>
          <w:color w:val="auto"/>
          <w:sz w:val="22"/>
        </w:rPr>
        <w:t>sunulmak</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üzere</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kabul</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edilmiş</w:t>
      </w:r>
      <w:proofErr w:type="spellEnd"/>
      <w:r w:rsidRPr="00654756">
        <w:rPr>
          <w:rFonts w:ascii="Calibri" w:hAnsi="Calibri" w:cs="Calibri"/>
          <w:color w:val="auto"/>
          <w:sz w:val="22"/>
        </w:rPr>
        <w:t xml:space="preserve"> / </w:t>
      </w:r>
      <w:proofErr w:type="spellStart"/>
      <w:r w:rsidRPr="00654756">
        <w:rPr>
          <w:rFonts w:ascii="Calibri" w:hAnsi="Calibri" w:cs="Calibri"/>
          <w:color w:val="auto"/>
          <w:sz w:val="22"/>
        </w:rPr>
        <w:t>basılmış</w:t>
      </w:r>
      <w:proofErr w:type="spellEnd"/>
      <w:r w:rsidRPr="00654756">
        <w:rPr>
          <w:rFonts w:ascii="Calibri" w:hAnsi="Calibri" w:cs="Calibri"/>
          <w:color w:val="auto"/>
          <w:sz w:val="22"/>
        </w:rPr>
        <w:t xml:space="preserve"> / </w:t>
      </w:r>
      <w:proofErr w:type="spellStart"/>
      <w:r w:rsidRPr="00654756">
        <w:rPr>
          <w:rFonts w:ascii="Calibri" w:hAnsi="Calibri" w:cs="Calibri"/>
          <w:color w:val="auto"/>
          <w:sz w:val="22"/>
        </w:rPr>
        <w:t>basılmak</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üzere</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kabul</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edilmiş</w:t>
      </w:r>
      <w:proofErr w:type="spellEnd"/>
      <w:r w:rsidRPr="00654756">
        <w:rPr>
          <w:rFonts w:ascii="Calibri" w:hAnsi="Calibri" w:cs="Calibri"/>
          <w:color w:val="auto"/>
          <w:sz w:val="22"/>
        </w:rPr>
        <w:t xml:space="preserve"> vb.) </w:t>
      </w:r>
      <w:proofErr w:type="spellStart"/>
      <w:r w:rsidRPr="00654756">
        <w:rPr>
          <w:rFonts w:ascii="Calibri" w:hAnsi="Calibri" w:cs="Calibri"/>
          <w:color w:val="auto"/>
          <w:sz w:val="22"/>
        </w:rPr>
        <w:t>gösteren</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doküman</w:t>
      </w:r>
      <w:proofErr w:type="spellEnd"/>
      <w:r w:rsidRPr="00654756">
        <w:rPr>
          <w:rFonts w:ascii="Calibri" w:hAnsi="Calibri" w:cs="Calibri"/>
          <w:color w:val="auto"/>
          <w:sz w:val="22"/>
        </w:rPr>
        <w:t>.</w:t>
      </w:r>
    </w:p>
    <w:p w14:paraId="57635A97" w14:textId="77777777" w:rsidR="00B46E1C" w:rsidRPr="00654756" w:rsidRDefault="00B46E1C" w:rsidP="00B46E1C">
      <w:pPr>
        <w:pStyle w:val="Note"/>
        <w:spacing w:before="0" w:after="0" w:line="240" w:lineRule="auto"/>
        <w:ind w:left="720"/>
        <w:jc w:val="both"/>
        <w:rPr>
          <w:rFonts w:ascii="Calibri" w:hAnsi="Calibri" w:cs="Calibri"/>
          <w:color w:val="auto"/>
          <w:sz w:val="22"/>
        </w:rPr>
      </w:pPr>
    </w:p>
    <w:p w14:paraId="63BEAF5D" w14:textId="77777777" w:rsidR="00B4263C" w:rsidRPr="00654756" w:rsidRDefault="008E7B41" w:rsidP="00F651D8">
      <w:pPr>
        <w:numPr>
          <w:ilvl w:val="0"/>
          <w:numId w:val="19"/>
        </w:numPr>
        <w:spacing w:after="60"/>
        <w:ind w:left="720"/>
        <w:rPr>
          <w:rFonts w:ascii="Calibri" w:hAnsi="Calibri" w:cs="Calibri"/>
          <w:b/>
        </w:rPr>
      </w:pPr>
      <w:r w:rsidRPr="00654756">
        <w:rPr>
          <w:rFonts w:ascii="Calibri" w:hAnsi="Calibri" w:cs="Calibri"/>
          <w:b/>
        </w:rPr>
        <w:t xml:space="preserve">Telif </w:t>
      </w:r>
      <w:proofErr w:type="spellStart"/>
      <w:r w:rsidRPr="00654756">
        <w:rPr>
          <w:rFonts w:ascii="Calibri" w:hAnsi="Calibri" w:cs="Calibri"/>
          <w:b/>
        </w:rPr>
        <w:t>izni</w:t>
      </w:r>
      <w:proofErr w:type="spellEnd"/>
      <w:r w:rsidRPr="00654756">
        <w:rPr>
          <w:rFonts w:ascii="Calibri" w:hAnsi="Calibri" w:cs="Calibri"/>
          <w:b/>
        </w:rPr>
        <w:t xml:space="preserve"> </w:t>
      </w:r>
      <w:r w:rsidRPr="00654756">
        <w:rPr>
          <w:rFonts w:ascii="Calibri" w:hAnsi="Calibri" w:cs="Calibri"/>
          <w:i/>
        </w:rPr>
        <w:t>(</w:t>
      </w:r>
      <w:proofErr w:type="spellStart"/>
      <w:r w:rsidRPr="00654756">
        <w:rPr>
          <w:rFonts w:ascii="Calibri" w:hAnsi="Calibri" w:cs="Calibri"/>
          <w:i/>
        </w:rPr>
        <w:t>gerekiyorsa</w:t>
      </w:r>
      <w:proofErr w:type="spellEnd"/>
      <w:r w:rsidRPr="00654756">
        <w:rPr>
          <w:rFonts w:ascii="Calibri" w:hAnsi="Calibri" w:cs="Calibri"/>
          <w:i/>
        </w:rPr>
        <w:t>)</w:t>
      </w:r>
    </w:p>
    <w:p w14:paraId="255A6B9D" w14:textId="5EF8DC02" w:rsidR="00B4263C" w:rsidRPr="00654756" w:rsidRDefault="008E7B41" w:rsidP="00B46E1C">
      <w:pPr>
        <w:pStyle w:val="Note"/>
        <w:spacing w:before="0" w:after="0" w:line="240" w:lineRule="auto"/>
        <w:ind w:left="720"/>
        <w:rPr>
          <w:rFonts w:ascii="Calibri" w:hAnsi="Calibri" w:cs="Calibri"/>
          <w:color w:val="auto"/>
          <w:sz w:val="22"/>
        </w:rPr>
      </w:pPr>
      <w:proofErr w:type="spellStart"/>
      <w:r w:rsidRPr="00654756">
        <w:rPr>
          <w:rFonts w:ascii="Calibri" w:hAnsi="Calibri" w:cs="Calibri"/>
          <w:color w:val="auto"/>
          <w:sz w:val="22"/>
        </w:rPr>
        <w:lastRenderedPageBreak/>
        <w:t>Makalede</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kullanılan</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figürler</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tezde</w:t>
      </w:r>
      <w:proofErr w:type="spellEnd"/>
      <w:r w:rsidRPr="00654756">
        <w:rPr>
          <w:rFonts w:ascii="Calibri" w:hAnsi="Calibri" w:cs="Calibri"/>
          <w:color w:val="auto"/>
          <w:sz w:val="22"/>
        </w:rPr>
        <w:t xml:space="preserve"> de </w:t>
      </w:r>
      <w:proofErr w:type="spellStart"/>
      <w:r w:rsidRPr="00654756">
        <w:rPr>
          <w:rFonts w:ascii="Calibri" w:hAnsi="Calibri" w:cs="Calibri"/>
          <w:color w:val="auto"/>
          <w:sz w:val="22"/>
        </w:rPr>
        <w:t>kullanıldıysa</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yayıncıdan</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telif</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izni</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alınması</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gereklidir</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Figürler</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tez</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öğrencisi</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tarafından</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çizilmişse</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tez</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danışmanı</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tarafından</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yazılı</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olarak</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beyan</w:t>
      </w:r>
      <w:proofErr w:type="spellEnd"/>
      <w:r w:rsidRPr="00654756">
        <w:rPr>
          <w:rFonts w:ascii="Calibri" w:hAnsi="Calibri" w:cs="Calibri"/>
          <w:color w:val="auto"/>
          <w:sz w:val="22"/>
        </w:rPr>
        <w:t xml:space="preserve"> </w:t>
      </w:r>
      <w:proofErr w:type="spellStart"/>
      <w:r w:rsidRPr="00654756">
        <w:rPr>
          <w:rFonts w:ascii="Calibri" w:hAnsi="Calibri" w:cs="Calibri"/>
          <w:color w:val="auto"/>
          <w:sz w:val="22"/>
        </w:rPr>
        <w:t>edilmelidir</w:t>
      </w:r>
      <w:proofErr w:type="spellEnd"/>
      <w:r w:rsidRPr="00654756">
        <w:rPr>
          <w:rFonts w:ascii="Calibri" w:hAnsi="Calibri" w:cs="Calibri"/>
          <w:color w:val="auto"/>
          <w:sz w:val="22"/>
        </w:rPr>
        <w:t>.</w:t>
      </w:r>
    </w:p>
    <w:p w14:paraId="0C1D1365" w14:textId="77777777" w:rsidR="00B46E1C" w:rsidRPr="00654756" w:rsidRDefault="00B46E1C" w:rsidP="00B46E1C">
      <w:pPr>
        <w:pStyle w:val="Note"/>
        <w:spacing w:before="0" w:after="0" w:line="240" w:lineRule="auto"/>
        <w:ind w:left="720"/>
        <w:rPr>
          <w:rFonts w:ascii="Calibri" w:hAnsi="Calibri" w:cs="Calibri"/>
          <w:color w:val="auto"/>
          <w:sz w:val="22"/>
        </w:rPr>
      </w:pPr>
    </w:p>
    <w:p w14:paraId="18DF1DEF" w14:textId="77777777" w:rsidR="00B4263C" w:rsidRPr="00654756" w:rsidRDefault="008E7B41" w:rsidP="00F651D8">
      <w:pPr>
        <w:numPr>
          <w:ilvl w:val="0"/>
          <w:numId w:val="19"/>
        </w:numPr>
        <w:spacing w:after="60"/>
        <w:ind w:left="720"/>
        <w:rPr>
          <w:rFonts w:ascii="Calibri" w:hAnsi="Calibri" w:cs="Calibri"/>
        </w:rPr>
      </w:pPr>
      <w:r w:rsidRPr="00654756">
        <w:rPr>
          <w:rFonts w:ascii="Calibri" w:hAnsi="Calibri" w:cs="Calibri"/>
          <w:b/>
        </w:rPr>
        <w:t xml:space="preserve">Tez </w:t>
      </w:r>
      <w:proofErr w:type="spellStart"/>
      <w:r w:rsidRPr="00654756">
        <w:rPr>
          <w:rFonts w:ascii="Calibri" w:hAnsi="Calibri" w:cs="Calibri"/>
          <w:b/>
        </w:rPr>
        <w:t>kısıtlama</w:t>
      </w:r>
      <w:proofErr w:type="spellEnd"/>
      <w:r w:rsidRPr="00654756">
        <w:rPr>
          <w:rFonts w:ascii="Calibri" w:hAnsi="Calibri" w:cs="Calibri"/>
          <w:b/>
        </w:rPr>
        <w:t xml:space="preserve"> </w:t>
      </w:r>
      <w:proofErr w:type="spellStart"/>
      <w:r w:rsidRPr="00654756">
        <w:rPr>
          <w:rFonts w:ascii="Calibri" w:hAnsi="Calibri" w:cs="Calibri"/>
          <w:b/>
        </w:rPr>
        <w:t>dilekçesi</w:t>
      </w:r>
      <w:proofErr w:type="spellEnd"/>
      <w:r w:rsidRPr="00654756">
        <w:rPr>
          <w:rFonts w:ascii="Calibri" w:hAnsi="Calibri" w:cs="Calibri"/>
        </w:rPr>
        <w:t xml:space="preserve"> </w:t>
      </w:r>
      <w:r w:rsidRPr="00654756">
        <w:rPr>
          <w:rFonts w:ascii="Calibri" w:hAnsi="Calibri" w:cs="Calibri"/>
          <w:i/>
        </w:rPr>
        <w:t>(</w:t>
      </w:r>
      <w:proofErr w:type="spellStart"/>
      <w:r w:rsidRPr="00654756">
        <w:rPr>
          <w:rFonts w:ascii="Calibri" w:hAnsi="Calibri" w:cs="Calibri"/>
          <w:i/>
        </w:rPr>
        <w:t>gerekiyorsa</w:t>
      </w:r>
      <w:proofErr w:type="spellEnd"/>
      <w:r w:rsidRPr="00654756">
        <w:rPr>
          <w:rFonts w:ascii="Calibri" w:hAnsi="Calibri" w:cs="Calibri"/>
          <w:i/>
        </w:rPr>
        <w:t>)</w:t>
      </w:r>
    </w:p>
    <w:p w14:paraId="428C20A2" w14:textId="77777777" w:rsidR="00B4263C" w:rsidRPr="00654756" w:rsidRDefault="008E7B41" w:rsidP="00397208">
      <w:pPr>
        <w:pStyle w:val="CDLabel"/>
        <w:numPr>
          <w:ilvl w:val="0"/>
          <w:numId w:val="24"/>
        </w:numPr>
        <w:rPr>
          <w:rFonts w:ascii="Calibri" w:hAnsi="Calibri" w:cs="Calibri"/>
          <w:sz w:val="22"/>
          <w:u w:val="single"/>
        </w:rPr>
      </w:pPr>
      <w:proofErr w:type="spellStart"/>
      <w:r w:rsidRPr="00654756">
        <w:rPr>
          <w:rFonts w:ascii="Calibri" w:hAnsi="Calibri" w:cs="Calibri"/>
          <w:sz w:val="22"/>
          <w:u w:val="single"/>
        </w:rPr>
        <w:t>Üçüncü</w:t>
      </w:r>
      <w:proofErr w:type="spellEnd"/>
      <w:r w:rsidRPr="00654756">
        <w:rPr>
          <w:rFonts w:ascii="Calibri" w:hAnsi="Calibri" w:cs="Calibri"/>
          <w:sz w:val="22"/>
          <w:u w:val="single"/>
        </w:rPr>
        <w:t xml:space="preserve"> CD</w:t>
      </w:r>
    </w:p>
    <w:p w14:paraId="14CCB348" w14:textId="77777777" w:rsidR="00B4263C" w:rsidRPr="00654756" w:rsidRDefault="008E7B41" w:rsidP="00F651D8">
      <w:pPr>
        <w:numPr>
          <w:ilvl w:val="0"/>
          <w:numId w:val="19"/>
        </w:numPr>
        <w:spacing w:after="60"/>
        <w:ind w:left="720"/>
        <w:rPr>
          <w:rFonts w:ascii="Calibri" w:hAnsi="Calibri" w:cs="Calibri"/>
        </w:rPr>
      </w:pPr>
      <w:r w:rsidRPr="00654756">
        <w:rPr>
          <w:rFonts w:ascii="Calibri" w:hAnsi="Calibri" w:cs="Calibri"/>
        </w:rPr>
        <w:t xml:space="preserve">Tez </w:t>
      </w:r>
      <w:proofErr w:type="spellStart"/>
      <w:r w:rsidRPr="00654756">
        <w:rPr>
          <w:rFonts w:ascii="Calibri" w:hAnsi="Calibri" w:cs="Calibri"/>
        </w:rPr>
        <w:t>savunması</w:t>
      </w:r>
      <w:proofErr w:type="spellEnd"/>
      <w:r w:rsidRPr="00654756">
        <w:rPr>
          <w:rFonts w:ascii="Calibri" w:hAnsi="Calibri" w:cs="Calibri"/>
        </w:rPr>
        <w:t xml:space="preserve"> </w:t>
      </w:r>
      <w:proofErr w:type="spellStart"/>
      <w:r w:rsidRPr="00654756">
        <w:rPr>
          <w:rFonts w:ascii="Calibri" w:hAnsi="Calibri" w:cs="Calibri"/>
        </w:rPr>
        <w:t>çevrimiçi</w:t>
      </w:r>
      <w:proofErr w:type="spellEnd"/>
      <w:r w:rsidRPr="00654756">
        <w:rPr>
          <w:rFonts w:ascii="Calibri" w:hAnsi="Calibri" w:cs="Calibri"/>
        </w:rPr>
        <w:t xml:space="preserve"> </w:t>
      </w:r>
      <w:proofErr w:type="spellStart"/>
      <w:r w:rsidRPr="00654756">
        <w:rPr>
          <w:rFonts w:ascii="Calibri" w:hAnsi="Calibri" w:cs="Calibri"/>
        </w:rPr>
        <w:t>yapıldıysa</w:t>
      </w:r>
      <w:proofErr w:type="spellEnd"/>
      <w:r w:rsidRPr="00654756">
        <w:rPr>
          <w:rFonts w:ascii="Calibri" w:hAnsi="Calibri" w:cs="Calibri"/>
        </w:rPr>
        <w:t xml:space="preserve">, </w:t>
      </w:r>
      <w:proofErr w:type="spellStart"/>
      <w:r w:rsidRPr="00654756">
        <w:rPr>
          <w:rFonts w:ascii="Calibri" w:hAnsi="Calibri" w:cs="Calibri"/>
        </w:rPr>
        <w:t>kaydın</w:t>
      </w:r>
      <w:proofErr w:type="spellEnd"/>
      <w:r w:rsidRPr="00654756">
        <w:rPr>
          <w:rFonts w:ascii="Calibri" w:hAnsi="Calibri" w:cs="Calibri"/>
        </w:rPr>
        <w:t xml:space="preserve"> </w:t>
      </w:r>
      <w:proofErr w:type="spellStart"/>
      <w:r w:rsidRPr="00654756">
        <w:rPr>
          <w:rFonts w:ascii="Calibri" w:hAnsi="Calibri" w:cs="Calibri"/>
        </w:rPr>
        <w:t>bulunduğu</w:t>
      </w:r>
      <w:proofErr w:type="spellEnd"/>
      <w:r w:rsidRPr="00654756">
        <w:rPr>
          <w:rFonts w:ascii="Calibri" w:hAnsi="Calibri" w:cs="Calibri"/>
        </w:rPr>
        <w:t xml:space="preserve"> 3. </w:t>
      </w:r>
      <w:proofErr w:type="spellStart"/>
      <w:r w:rsidRPr="00654756">
        <w:rPr>
          <w:rFonts w:ascii="Calibri" w:hAnsi="Calibri" w:cs="Calibri"/>
        </w:rPr>
        <w:t>bir</w:t>
      </w:r>
      <w:proofErr w:type="spellEnd"/>
      <w:r w:rsidRPr="00654756">
        <w:rPr>
          <w:rFonts w:ascii="Calibri" w:hAnsi="Calibri" w:cs="Calibri"/>
        </w:rPr>
        <w:t xml:space="preserve"> CD </w:t>
      </w:r>
      <w:proofErr w:type="spellStart"/>
      <w:r w:rsidRPr="00654756">
        <w:rPr>
          <w:rFonts w:ascii="Calibri" w:hAnsi="Calibri" w:cs="Calibri"/>
        </w:rPr>
        <w:t>gereklidir</w:t>
      </w:r>
      <w:proofErr w:type="spellEnd"/>
      <w:r w:rsidRPr="00654756">
        <w:rPr>
          <w:rFonts w:ascii="Calibri" w:hAnsi="Calibri" w:cs="Calibri"/>
        </w:rPr>
        <w:t>.</w:t>
      </w:r>
    </w:p>
    <w:p w14:paraId="12987E83" w14:textId="30AEFBCF" w:rsidR="00B4263C" w:rsidRPr="00654756" w:rsidRDefault="008E7B41">
      <w:pPr>
        <w:pStyle w:val="Heading2"/>
        <w:rPr>
          <w:rFonts w:ascii="Calibri" w:hAnsi="Calibri" w:cs="Calibri"/>
          <w:color w:val="auto"/>
          <w:sz w:val="24"/>
          <w:szCs w:val="22"/>
          <w:u w:val="single"/>
        </w:rPr>
      </w:pPr>
      <w:proofErr w:type="spellStart"/>
      <w:r w:rsidRPr="00654756">
        <w:rPr>
          <w:rFonts w:ascii="Calibri" w:hAnsi="Calibri" w:cs="Calibri"/>
          <w:color w:val="auto"/>
          <w:sz w:val="24"/>
          <w:szCs w:val="22"/>
          <w:u w:val="single"/>
        </w:rPr>
        <w:t>Enstitü</w:t>
      </w:r>
      <w:proofErr w:type="spellEnd"/>
      <w:r w:rsidRPr="00654756">
        <w:rPr>
          <w:rFonts w:ascii="Calibri" w:hAnsi="Calibri" w:cs="Calibri"/>
          <w:color w:val="auto"/>
          <w:sz w:val="24"/>
          <w:szCs w:val="22"/>
          <w:u w:val="single"/>
        </w:rPr>
        <w:t xml:space="preserve"> </w:t>
      </w:r>
      <w:proofErr w:type="spellStart"/>
      <w:r w:rsidRPr="00654756">
        <w:rPr>
          <w:rFonts w:ascii="Calibri" w:hAnsi="Calibri" w:cs="Calibri"/>
          <w:color w:val="auto"/>
          <w:sz w:val="24"/>
          <w:szCs w:val="22"/>
          <w:u w:val="single"/>
        </w:rPr>
        <w:t>Yönetim</w:t>
      </w:r>
      <w:proofErr w:type="spellEnd"/>
      <w:r w:rsidRPr="00654756">
        <w:rPr>
          <w:rFonts w:ascii="Calibri" w:hAnsi="Calibri" w:cs="Calibri"/>
          <w:color w:val="auto"/>
          <w:sz w:val="24"/>
          <w:szCs w:val="22"/>
          <w:u w:val="single"/>
        </w:rPr>
        <w:t xml:space="preserve"> </w:t>
      </w:r>
      <w:proofErr w:type="spellStart"/>
      <w:r w:rsidRPr="00654756">
        <w:rPr>
          <w:rFonts w:ascii="Calibri" w:hAnsi="Calibri" w:cs="Calibri"/>
          <w:color w:val="auto"/>
          <w:sz w:val="24"/>
          <w:szCs w:val="22"/>
          <w:u w:val="single"/>
        </w:rPr>
        <w:t>Kurulundan</w:t>
      </w:r>
      <w:proofErr w:type="spellEnd"/>
      <w:r w:rsidRPr="00654756">
        <w:rPr>
          <w:rFonts w:ascii="Calibri" w:hAnsi="Calibri" w:cs="Calibri"/>
          <w:color w:val="auto"/>
          <w:sz w:val="24"/>
          <w:szCs w:val="22"/>
          <w:u w:val="single"/>
        </w:rPr>
        <w:t xml:space="preserve"> </w:t>
      </w:r>
      <w:proofErr w:type="spellStart"/>
      <w:r w:rsidRPr="00654756">
        <w:rPr>
          <w:rFonts w:ascii="Calibri" w:hAnsi="Calibri" w:cs="Calibri"/>
          <w:color w:val="auto"/>
          <w:sz w:val="24"/>
          <w:szCs w:val="22"/>
          <w:u w:val="single"/>
        </w:rPr>
        <w:t>Mezuniyet</w:t>
      </w:r>
      <w:proofErr w:type="spellEnd"/>
      <w:r w:rsidRPr="00654756">
        <w:rPr>
          <w:rFonts w:ascii="Calibri" w:hAnsi="Calibri" w:cs="Calibri"/>
          <w:color w:val="auto"/>
          <w:sz w:val="24"/>
          <w:szCs w:val="22"/>
          <w:u w:val="single"/>
        </w:rPr>
        <w:t xml:space="preserve"> </w:t>
      </w:r>
      <w:proofErr w:type="spellStart"/>
      <w:r w:rsidRPr="00654756">
        <w:rPr>
          <w:rFonts w:ascii="Calibri" w:hAnsi="Calibri" w:cs="Calibri"/>
          <w:color w:val="auto"/>
          <w:sz w:val="24"/>
          <w:szCs w:val="22"/>
          <w:u w:val="single"/>
        </w:rPr>
        <w:t>Kararı</w:t>
      </w:r>
      <w:proofErr w:type="spellEnd"/>
      <w:r w:rsidRPr="00654756">
        <w:rPr>
          <w:rFonts w:ascii="Calibri" w:hAnsi="Calibri" w:cs="Calibri"/>
          <w:color w:val="auto"/>
          <w:sz w:val="24"/>
          <w:szCs w:val="22"/>
          <w:u w:val="single"/>
        </w:rPr>
        <w:t xml:space="preserve"> </w:t>
      </w:r>
      <w:proofErr w:type="spellStart"/>
      <w:r w:rsidRPr="00654756">
        <w:rPr>
          <w:rFonts w:ascii="Calibri" w:hAnsi="Calibri" w:cs="Calibri"/>
          <w:color w:val="auto"/>
          <w:sz w:val="24"/>
          <w:szCs w:val="22"/>
          <w:u w:val="single"/>
        </w:rPr>
        <w:t>Çıktıktan</w:t>
      </w:r>
      <w:proofErr w:type="spellEnd"/>
      <w:r w:rsidRPr="00654756">
        <w:rPr>
          <w:rFonts w:ascii="Calibri" w:hAnsi="Calibri" w:cs="Calibri"/>
          <w:color w:val="auto"/>
          <w:sz w:val="24"/>
          <w:szCs w:val="22"/>
          <w:u w:val="single"/>
        </w:rPr>
        <w:t xml:space="preserve"> Sonra</w:t>
      </w:r>
    </w:p>
    <w:p w14:paraId="72137985" w14:textId="28B0E7F2" w:rsidR="00B4263C" w:rsidRPr="00F64451" w:rsidRDefault="008E7B41" w:rsidP="00B46E1C">
      <w:pPr>
        <w:spacing w:after="0" w:line="240" w:lineRule="auto"/>
        <w:rPr>
          <w:rFonts w:ascii="Calibri" w:hAnsi="Calibri" w:cs="Calibri"/>
        </w:rPr>
      </w:pPr>
      <w:proofErr w:type="spellStart"/>
      <w:r w:rsidRPr="00654756">
        <w:rPr>
          <w:rFonts w:ascii="Calibri" w:hAnsi="Calibri" w:cs="Calibri"/>
        </w:rPr>
        <w:t>Mezuniyet</w:t>
      </w:r>
      <w:proofErr w:type="spellEnd"/>
      <w:r w:rsidRPr="00654756">
        <w:rPr>
          <w:rFonts w:ascii="Calibri" w:hAnsi="Calibri" w:cs="Calibri"/>
        </w:rPr>
        <w:t xml:space="preserve"> </w:t>
      </w:r>
      <w:proofErr w:type="spellStart"/>
      <w:r w:rsidRPr="00654756">
        <w:rPr>
          <w:rFonts w:ascii="Calibri" w:hAnsi="Calibri" w:cs="Calibri"/>
        </w:rPr>
        <w:t>sebebiyle</w:t>
      </w:r>
      <w:proofErr w:type="spellEnd"/>
      <w:r w:rsidRPr="00654756">
        <w:rPr>
          <w:rFonts w:ascii="Calibri" w:hAnsi="Calibri" w:cs="Calibri"/>
        </w:rPr>
        <w:t xml:space="preserve"> </w:t>
      </w:r>
      <w:proofErr w:type="spellStart"/>
      <w:r w:rsidRPr="00654756">
        <w:rPr>
          <w:rFonts w:ascii="Calibri" w:hAnsi="Calibri" w:cs="Calibri"/>
        </w:rPr>
        <w:t>ilişik</w:t>
      </w:r>
      <w:proofErr w:type="spellEnd"/>
      <w:r w:rsidRPr="00654756">
        <w:rPr>
          <w:rFonts w:ascii="Calibri" w:hAnsi="Calibri" w:cs="Calibri"/>
        </w:rPr>
        <w:t xml:space="preserve"> </w:t>
      </w:r>
      <w:proofErr w:type="spellStart"/>
      <w:r w:rsidRPr="00654756">
        <w:rPr>
          <w:rFonts w:ascii="Calibri" w:hAnsi="Calibri" w:cs="Calibri"/>
        </w:rPr>
        <w:t>kesme</w:t>
      </w:r>
      <w:proofErr w:type="spellEnd"/>
      <w:r w:rsidRPr="00654756">
        <w:rPr>
          <w:rFonts w:ascii="Calibri" w:hAnsi="Calibri" w:cs="Calibri"/>
        </w:rPr>
        <w:t xml:space="preserve"> </w:t>
      </w:r>
      <w:proofErr w:type="spellStart"/>
      <w:r w:rsidRPr="00654756">
        <w:rPr>
          <w:rFonts w:ascii="Calibri" w:hAnsi="Calibri" w:cs="Calibri"/>
        </w:rPr>
        <w:t>süreci</w:t>
      </w:r>
      <w:proofErr w:type="spellEnd"/>
      <w:r w:rsidRPr="00654756">
        <w:rPr>
          <w:rFonts w:ascii="Calibri" w:hAnsi="Calibri" w:cs="Calibri"/>
        </w:rPr>
        <w:t xml:space="preserve"> (</w:t>
      </w:r>
      <w:proofErr w:type="spellStart"/>
      <w:r w:rsidRPr="00654756">
        <w:rPr>
          <w:rFonts w:ascii="Calibri" w:hAnsi="Calibri" w:cs="Calibri"/>
        </w:rPr>
        <w:t>mezuniyet</w:t>
      </w:r>
      <w:proofErr w:type="spellEnd"/>
      <w:r w:rsidRPr="00654756">
        <w:rPr>
          <w:rFonts w:ascii="Calibri" w:hAnsi="Calibri" w:cs="Calibri"/>
        </w:rPr>
        <w:t xml:space="preserve"> </w:t>
      </w:r>
      <w:proofErr w:type="spellStart"/>
      <w:r w:rsidRPr="00654756">
        <w:rPr>
          <w:rFonts w:ascii="Calibri" w:hAnsi="Calibri" w:cs="Calibri"/>
        </w:rPr>
        <w:t>başvurusu</w:t>
      </w:r>
      <w:proofErr w:type="spellEnd"/>
      <w:r w:rsidRPr="00654756">
        <w:rPr>
          <w:rFonts w:ascii="Calibri" w:hAnsi="Calibri" w:cs="Calibri"/>
        </w:rPr>
        <w:t xml:space="preserve"> </w:t>
      </w:r>
      <w:proofErr w:type="spellStart"/>
      <w:r w:rsidRPr="00654756">
        <w:rPr>
          <w:rFonts w:ascii="Calibri" w:hAnsi="Calibri" w:cs="Calibri"/>
        </w:rPr>
        <w:t>butonu</w:t>
      </w:r>
      <w:proofErr w:type="spellEnd"/>
      <w:r w:rsidRPr="00654756">
        <w:rPr>
          <w:rFonts w:ascii="Calibri" w:hAnsi="Calibri" w:cs="Calibri"/>
        </w:rPr>
        <w:t xml:space="preserve">) </w:t>
      </w:r>
      <w:proofErr w:type="spellStart"/>
      <w:r w:rsidRPr="00654756">
        <w:rPr>
          <w:rFonts w:ascii="Calibri" w:hAnsi="Calibri" w:cs="Calibri"/>
        </w:rPr>
        <w:t>öğrenci</w:t>
      </w:r>
      <w:proofErr w:type="spellEnd"/>
      <w:r w:rsidRPr="00654756">
        <w:rPr>
          <w:rFonts w:ascii="Calibri" w:hAnsi="Calibri" w:cs="Calibri"/>
        </w:rPr>
        <w:t xml:space="preserve"> </w:t>
      </w:r>
      <w:proofErr w:type="spellStart"/>
      <w:r w:rsidRPr="00654756">
        <w:rPr>
          <w:rFonts w:ascii="Calibri" w:hAnsi="Calibri" w:cs="Calibri"/>
        </w:rPr>
        <w:t>tarafından</w:t>
      </w:r>
      <w:proofErr w:type="spellEnd"/>
      <w:r w:rsidRPr="00654756">
        <w:rPr>
          <w:rFonts w:ascii="Calibri" w:hAnsi="Calibri" w:cs="Calibri"/>
        </w:rPr>
        <w:t xml:space="preserve"> OBIS </w:t>
      </w:r>
      <w:proofErr w:type="spellStart"/>
      <w:r w:rsidRPr="00654756">
        <w:rPr>
          <w:rFonts w:ascii="Calibri" w:hAnsi="Calibri" w:cs="Calibri"/>
        </w:rPr>
        <w:t>üzerinden</w:t>
      </w:r>
      <w:proofErr w:type="spellEnd"/>
      <w:r w:rsidRPr="00654756">
        <w:rPr>
          <w:rFonts w:ascii="Calibri" w:hAnsi="Calibri" w:cs="Calibri"/>
        </w:rPr>
        <w:t xml:space="preserve"> </w:t>
      </w:r>
      <w:proofErr w:type="spellStart"/>
      <w:r w:rsidRPr="00654756">
        <w:rPr>
          <w:rFonts w:ascii="Calibri" w:hAnsi="Calibri" w:cs="Calibri"/>
        </w:rPr>
        <w:t>çevrimiçi</w:t>
      </w:r>
      <w:proofErr w:type="spellEnd"/>
      <w:r w:rsidRPr="00654756">
        <w:rPr>
          <w:rFonts w:ascii="Calibri" w:hAnsi="Calibri" w:cs="Calibri"/>
        </w:rPr>
        <w:t xml:space="preserve"> </w:t>
      </w:r>
      <w:proofErr w:type="spellStart"/>
      <w:r w:rsidRPr="00654756">
        <w:rPr>
          <w:rFonts w:ascii="Calibri" w:hAnsi="Calibri" w:cs="Calibri"/>
        </w:rPr>
        <w:t>olarak</w:t>
      </w:r>
      <w:proofErr w:type="spellEnd"/>
      <w:r w:rsidRPr="00654756">
        <w:rPr>
          <w:rFonts w:ascii="Calibri" w:hAnsi="Calibri" w:cs="Calibri"/>
        </w:rPr>
        <w:t xml:space="preserve"> </w:t>
      </w:r>
      <w:proofErr w:type="spellStart"/>
      <w:r w:rsidRPr="00654756">
        <w:rPr>
          <w:rFonts w:ascii="Calibri" w:hAnsi="Calibri" w:cs="Calibri"/>
        </w:rPr>
        <w:t>başlatılır</w:t>
      </w:r>
      <w:proofErr w:type="spellEnd"/>
      <w:r w:rsidR="00365168">
        <w:rPr>
          <w:rFonts w:ascii="Calibri" w:hAnsi="Calibri" w:cs="Calibri"/>
        </w:rPr>
        <w:t xml:space="preserve">. </w:t>
      </w:r>
      <w:proofErr w:type="spellStart"/>
      <w:r w:rsidR="00365168">
        <w:rPr>
          <w:rFonts w:ascii="Calibri" w:hAnsi="Calibri" w:cs="Calibri"/>
        </w:rPr>
        <w:t>Detaylı</w:t>
      </w:r>
      <w:proofErr w:type="spellEnd"/>
      <w:r w:rsidR="00365168">
        <w:rPr>
          <w:rFonts w:ascii="Calibri" w:hAnsi="Calibri" w:cs="Calibri"/>
        </w:rPr>
        <w:t xml:space="preserve"> </w:t>
      </w:r>
      <w:proofErr w:type="spellStart"/>
      <w:r w:rsidR="00365168">
        <w:rPr>
          <w:rFonts w:ascii="Calibri" w:hAnsi="Calibri" w:cs="Calibri"/>
        </w:rPr>
        <w:t>bilgi</w:t>
      </w:r>
      <w:proofErr w:type="spellEnd"/>
      <w:r w:rsidR="00365168">
        <w:rPr>
          <w:rFonts w:ascii="Calibri" w:hAnsi="Calibri" w:cs="Calibri"/>
        </w:rPr>
        <w:t xml:space="preserve"> </w:t>
      </w:r>
      <w:proofErr w:type="spellStart"/>
      <w:r w:rsidR="00365168">
        <w:rPr>
          <w:rFonts w:ascii="Calibri" w:hAnsi="Calibri" w:cs="Calibri"/>
        </w:rPr>
        <w:t>için</w:t>
      </w:r>
      <w:proofErr w:type="spellEnd"/>
      <w:r w:rsidR="00365168">
        <w:rPr>
          <w:rFonts w:ascii="Calibri" w:hAnsi="Calibri" w:cs="Calibri"/>
        </w:rPr>
        <w:t>:</w:t>
      </w:r>
      <w:r w:rsidRPr="00654756">
        <w:rPr>
          <w:rFonts w:ascii="Calibri" w:hAnsi="Calibri" w:cs="Calibri"/>
        </w:rPr>
        <w:t xml:space="preserve"> </w:t>
      </w:r>
      <w:hyperlink r:id="rId21" w:history="1">
        <w:r w:rsidR="0064023F" w:rsidRPr="00654756">
          <w:rPr>
            <w:rStyle w:val="Hyperlink"/>
            <w:rFonts w:ascii="Calibri" w:hAnsi="Calibri" w:cs="Calibri"/>
          </w:rPr>
          <w:t>https://ogrenciler.bogazici.edu.tr/tr/pages/mezuniyet-basvurusu/7994</w:t>
        </w:r>
      </w:hyperlink>
    </w:p>
    <w:sectPr w:rsidR="00B4263C" w:rsidRPr="00F64451" w:rsidSect="00C04E81">
      <w:headerReference w:type="default" r:id="rId22"/>
      <w:footerReference w:type="default" r:id="rId23"/>
      <w:pgSz w:w="11906" w:h="16838"/>
      <w:pgMar w:top="1134" w:right="991" w:bottom="1247" w:left="1418" w:header="794"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47B852" w14:textId="77777777" w:rsidR="00120412" w:rsidRDefault="00120412">
      <w:pPr>
        <w:spacing w:after="0" w:line="240" w:lineRule="auto"/>
      </w:pPr>
      <w:r>
        <w:separator/>
      </w:r>
    </w:p>
  </w:endnote>
  <w:endnote w:type="continuationSeparator" w:id="0">
    <w:p w14:paraId="655B4FC6" w14:textId="77777777" w:rsidR="00120412" w:rsidRDefault="001204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w:panose1 w:val="020F0502020204030204"/>
    <w:charset w:val="00"/>
    <w:family w:val="swiss"/>
    <w:pitch w:val="variable"/>
    <w:sig w:usb0="E0002AFF" w:usb1="C000ACF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9EE16F" w14:textId="77777777" w:rsidR="00B4263C" w:rsidRDefault="008E7B41">
    <w:pPr>
      <w:pStyle w:val="Footer"/>
      <w:jc w:val="center"/>
    </w:pPr>
    <w:r>
      <w:rPr>
        <w:color w:val="5C5C5C"/>
        <w:sz w:val="17"/>
      </w:rPr>
      <w:fldChar w:fldCharType="begin"/>
    </w:r>
    <w:r>
      <w:rPr>
        <w:color w:val="5C5C5C"/>
        <w:sz w:val="17"/>
      </w:rPr>
      <w:instrText xml:space="preserve"> PAGE </w:instrText>
    </w:r>
    <w:r>
      <w:rPr>
        <w:color w:val="5C5C5C"/>
        <w:sz w:val="17"/>
      </w:rPr>
      <w:fldChar w:fldCharType="separate"/>
    </w:r>
    <w:r w:rsidR="00795B12">
      <w:rPr>
        <w:noProof/>
        <w:color w:val="5C5C5C"/>
        <w:sz w:val="17"/>
      </w:rPr>
      <w:t>3</w:t>
    </w:r>
    <w:r>
      <w:rPr>
        <w:color w:val="5C5C5C"/>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F03FDDA" w14:textId="77777777" w:rsidR="00120412" w:rsidRDefault="00120412">
      <w:pPr>
        <w:spacing w:after="0" w:line="240" w:lineRule="auto"/>
      </w:pPr>
      <w:r>
        <w:separator/>
      </w:r>
    </w:p>
  </w:footnote>
  <w:footnote w:type="continuationSeparator" w:id="0">
    <w:p w14:paraId="7965D647" w14:textId="77777777" w:rsidR="00120412" w:rsidRDefault="001204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A63A5E" w14:textId="77777777" w:rsidR="005D220B" w:rsidRDefault="005D22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1C4E11"/>
    <w:multiLevelType w:val="multilevel"/>
    <w:tmpl w:val="507ACD4C"/>
    <w:lvl w:ilvl="0">
      <w:start w:val="1"/>
      <w:numFmt w:val="bullet"/>
      <w:lvlText w:val="•"/>
      <w:lvlJc w:val="left"/>
      <w:pPr>
        <w:ind w:left="425" w:hanging="425"/>
      </w:pPr>
      <w:rPr>
        <w:rFonts w:ascii="Symbol" w:hAnsi="Symbol"/>
      </w:rPr>
    </w:lvl>
    <w:lvl w:ilvl="1">
      <w:start w:val="1"/>
      <w:numFmt w:val="bullet"/>
      <w:lvlText w:val="–"/>
      <w:lvlJc w:val="left"/>
      <w:pPr>
        <w:ind w:left="765" w:hanging="425"/>
      </w:pPr>
      <w:rPr>
        <w:rFonts w:ascii="Aptos" w:hAnsi="Apto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3D94EC0"/>
    <w:multiLevelType w:val="hybridMultilevel"/>
    <w:tmpl w:val="4A80A256"/>
    <w:lvl w:ilvl="0" w:tplc="041F0001">
      <w:start w:val="1"/>
      <w:numFmt w:val="bullet"/>
      <w:lvlText w:val=""/>
      <w:lvlJc w:val="left"/>
      <w:pPr>
        <w:ind w:left="1060" w:hanging="360"/>
      </w:pPr>
      <w:rPr>
        <w:rFonts w:ascii="Symbol" w:hAnsi="Symbol" w:hint="default"/>
      </w:rPr>
    </w:lvl>
    <w:lvl w:ilvl="1" w:tplc="041F0003" w:tentative="1">
      <w:start w:val="1"/>
      <w:numFmt w:val="bullet"/>
      <w:lvlText w:val="o"/>
      <w:lvlJc w:val="left"/>
      <w:pPr>
        <w:ind w:left="1780" w:hanging="360"/>
      </w:pPr>
      <w:rPr>
        <w:rFonts w:ascii="Courier New" w:hAnsi="Courier New" w:cs="Courier New" w:hint="default"/>
      </w:rPr>
    </w:lvl>
    <w:lvl w:ilvl="2" w:tplc="041F0005" w:tentative="1">
      <w:start w:val="1"/>
      <w:numFmt w:val="bullet"/>
      <w:lvlText w:val=""/>
      <w:lvlJc w:val="left"/>
      <w:pPr>
        <w:ind w:left="2500" w:hanging="360"/>
      </w:pPr>
      <w:rPr>
        <w:rFonts w:ascii="Wingdings" w:hAnsi="Wingdings" w:hint="default"/>
      </w:rPr>
    </w:lvl>
    <w:lvl w:ilvl="3" w:tplc="041F0001" w:tentative="1">
      <w:start w:val="1"/>
      <w:numFmt w:val="bullet"/>
      <w:lvlText w:val=""/>
      <w:lvlJc w:val="left"/>
      <w:pPr>
        <w:ind w:left="3220" w:hanging="360"/>
      </w:pPr>
      <w:rPr>
        <w:rFonts w:ascii="Symbol" w:hAnsi="Symbol" w:hint="default"/>
      </w:rPr>
    </w:lvl>
    <w:lvl w:ilvl="4" w:tplc="041F0003" w:tentative="1">
      <w:start w:val="1"/>
      <w:numFmt w:val="bullet"/>
      <w:lvlText w:val="o"/>
      <w:lvlJc w:val="left"/>
      <w:pPr>
        <w:ind w:left="3940" w:hanging="360"/>
      </w:pPr>
      <w:rPr>
        <w:rFonts w:ascii="Courier New" w:hAnsi="Courier New" w:cs="Courier New" w:hint="default"/>
      </w:rPr>
    </w:lvl>
    <w:lvl w:ilvl="5" w:tplc="041F0005" w:tentative="1">
      <w:start w:val="1"/>
      <w:numFmt w:val="bullet"/>
      <w:lvlText w:val=""/>
      <w:lvlJc w:val="left"/>
      <w:pPr>
        <w:ind w:left="4660" w:hanging="360"/>
      </w:pPr>
      <w:rPr>
        <w:rFonts w:ascii="Wingdings" w:hAnsi="Wingdings" w:hint="default"/>
      </w:rPr>
    </w:lvl>
    <w:lvl w:ilvl="6" w:tplc="041F0001" w:tentative="1">
      <w:start w:val="1"/>
      <w:numFmt w:val="bullet"/>
      <w:lvlText w:val=""/>
      <w:lvlJc w:val="left"/>
      <w:pPr>
        <w:ind w:left="5380" w:hanging="360"/>
      </w:pPr>
      <w:rPr>
        <w:rFonts w:ascii="Symbol" w:hAnsi="Symbol" w:hint="default"/>
      </w:rPr>
    </w:lvl>
    <w:lvl w:ilvl="7" w:tplc="041F0003" w:tentative="1">
      <w:start w:val="1"/>
      <w:numFmt w:val="bullet"/>
      <w:lvlText w:val="o"/>
      <w:lvlJc w:val="left"/>
      <w:pPr>
        <w:ind w:left="6100" w:hanging="360"/>
      </w:pPr>
      <w:rPr>
        <w:rFonts w:ascii="Courier New" w:hAnsi="Courier New" w:cs="Courier New" w:hint="default"/>
      </w:rPr>
    </w:lvl>
    <w:lvl w:ilvl="8" w:tplc="041F0005" w:tentative="1">
      <w:start w:val="1"/>
      <w:numFmt w:val="bullet"/>
      <w:lvlText w:val=""/>
      <w:lvlJc w:val="left"/>
      <w:pPr>
        <w:ind w:left="6820" w:hanging="360"/>
      </w:pPr>
      <w:rPr>
        <w:rFonts w:ascii="Wingdings" w:hAnsi="Wingdings" w:hint="default"/>
      </w:rPr>
    </w:lvl>
  </w:abstractNum>
  <w:abstractNum w:abstractNumId="11" w15:restartNumberingAfterBreak="0">
    <w:nsid w:val="076B34F1"/>
    <w:multiLevelType w:val="multilevel"/>
    <w:tmpl w:val="9D5693A2"/>
    <w:lvl w:ilvl="0">
      <w:start w:val="1"/>
      <w:numFmt w:val="decimal"/>
      <w:lvlText w:val="%1."/>
      <w:lvlJc w:val="left"/>
      <w:pPr>
        <w:ind w:left="425" w:hanging="425"/>
      </w:pPr>
      <w:rPr>
        <w:b/>
      </w:rPr>
    </w:lvl>
    <w:lvl w:ilvl="1">
      <w:start w:val="1"/>
      <w:numFmt w:val="lowerLetter"/>
      <w:lvlText w:val="%2."/>
      <w:lvlJc w:val="left"/>
      <w:pPr>
        <w:ind w:left="765" w:hanging="425"/>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94B2674"/>
    <w:multiLevelType w:val="multilevel"/>
    <w:tmpl w:val="750EFE82"/>
    <w:lvl w:ilvl="0">
      <w:start w:val="1"/>
      <w:numFmt w:val="decimal"/>
      <w:lvlText w:val="%1."/>
      <w:lvlJc w:val="left"/>
      <w:pPr>
        <w:ind w:left="425" w:hanging="425"/>
      </w:pPr>
      <w:rPr>
        <w:b/>
      </w:rPr>
    </w:lvl>
    <w:lvl w:ilvl="1">
      <w:start w:val="1"/>
      <w:numFmt w:val="lowerLetter"/>
      <w:lvlText w:val="%2."/>
      <w:lvlJc w:val="left"/>
      <w:pPr>
        <w:ind w:left="765" w:hanging="425"/>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E9F2EE0"/>
    <w:multiLevelType w:val="multilevel"/>
    <w:tmpl w:val="EA1497DC"/>
    <w:lvl w:ilvl="0">
      <w:start w:val="1"/>
      <w:numFmt w:val="decimal"/>
      <w:lvlText w:val="%1."/>
      <w:lvlJc w:val="left"/>
      <w:pPr>
        <w:ind w:left="425" w:hanging="425"/>
      </w:pPr>
    </w:lvl>
    <w:lvl w:ilvl="1">
      <w:start w:val="1"/>
      <w:numFmt w:val="lowerLetter"/>
      <w:lvlText w:val="%2."/>
      <w:lvlJc w:val="left"/>
      <w:pPr>
        <w:ind w:left="765" w:hanging="425"/>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0165E88"/>
    <w:multiLevelType w:val="multilevel"/>
    <w:tmpl w:val="17044FC0"/>
    <w:lvl w:ilvl="0">
      <w:start w:val="1"/>
      <w:numFmt w:val="decimal"/>
      <w:lvlText w:val="%1."/>
      <w:lvlJc w:val="left"/>
      <w:pPr>
        <w:ind w:left="425" w:hanging="425"/>
      </w:pPr>
      <w:rPr>
        <w:b/>
      </w:rPr>
    </w:lvl>
    <w:lvl w:ilvl="1">
      <w:start w:val="1"/>
      <w:numFmt w:val="lowerLetter"/>
      <w:lvlText w:val="%2."/>
      <w:lvlJc w:val="left"/>
      <w:pPr>
        <w:ind w:left="765" w:hanging="425"/>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3BA4491"/>
    <w:multiLevelType w:val="multilevel"/>
    <w:tmpl w:val="88E43D70"/>
    <w:lvl w:ilvl="0">
      <w:start w:val="1"/>
      <w:numFmt w:val="decimal"/>
      <w:lvlText w:val="%1."/>
      <w:lvlJc w:val="left"/>
      <w:pPr>
        <w:ind w:left="425" w:hanging="425"/>
      </w:pPr>
    </w:lvl>
    <w:lvl w:ilvl="1">
      <w:start w:val="1"/>
      <w:numFmt w:val="lowerLetter"/>
      <w:lvlText w:val="%2."/>
      <w:lvlJc w:val="left"/>
      <w:pPr>
        <w:ind w:left="765" w:hanging="425"/>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5B82BBE"/>
    <w:multiLevelType w:val="multilevel"/>
    <w:tmpl w:val="1C80D1B2"/>
    <w:lvl w:ilvl="0">
      <w:start w:val="1"/>
      <w:numFmt w:val="decimal"/>
      <w:lvlText w:val="%1."/>
      <w:lvlJc w:val="left"/>
      <w:pPr>
        <w:ind w:left="425" w:hanging="425"/>
      </w:pPr>
      <w:rPr>
        <w:b/>
        <w:color w:val="auto"/>
      </w:rPr>
    </w:lvl>
    <w:lvl w:ilvl="1">
      <w:start w:val="1"/>
      <w:numFmt w:val="lowerLetter"/>
      <w:lvlText w:val="%2."/>
      <w:lvlJc w:val="left"/>
      <w:pPr>
        <w:ind w:left="765" w:hanging="425"/>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A136614"/>
    <w:multiLevelType w:val="hybridMultilevel"/>
    <w:tmpl w:val="95A457DA"/>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8" w15:restartNumberingAfterBreak="0">
    <w:nsid w:val="3FC53AB3"/>
    <w:multiLevelType w:val="multilevel"/>
    <w:tmpl w:val="4530BCDE"/>
    <w:lvl w:ilvl="0">
      <w:start w:val="1"/>
      <w:numFmt w:val="decimal"/>
      <w:lvlText w:val="%1."/>
      <w:lvlJc w:val="left"/>
      <w:pPr>
        <w:ind w:left="425" w:hanging="425"/>
      </w:pPr>
      <w:rPr>
        <w:b/>
      </w:rPr>
    </w:lvl>
    <w:lvl w:ilvl="1">
      <w:start w:val="1"/>
      <w:numFmt w:val="lowerLetter"/>
      <w:lvlText w:val="%2."/>
      <w:lvlJc w:val="left"/>
      <w:pPr>
        <w:ind w:left="765" w:hanging="425"/>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6C239B5"/>
    <w:multiLevelType w:val="multilevel"/>
    <w:tmpl w:val="35CE7364"/>
    <w:lvl w:ilvl="0">
      <w:start w:val="1"/>
      <w:numFmt w:val="decimal"/>
      <w:lvlText w:val="%1."/>
      <w:lvlJc w:val="left"/>
      <w:pPr>
        <w:ind w:left="425" w:hanging="425"/>
      </w:pPr>
    </w:lvl>
    <w:lvl w:ilvl="1">
      <w:start w:val="1"/>
      <w:numFmt w:val="lowerLetter"/>
      <w:lvlText w:val="%2."/>
      <w:lvlJc w:val="left"/>
      <w:pPr>
        <w:ind w:left="765" w:hanging="425"/>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0284316"/>
    <w:multiLevelType w:val="multilevel"/>
    <w:tmpl w:val="ED54358C"/>
    <w:lvl w:ilvl="0">
      <w:start w:val="1"/>
      <w:numFmt w:val="decimal"/>
      <w:lvlText w:val="%1."/>
      <w:lvlJc w:val="left"/>
      <w:pPr>
        <w:ind w:left="425" w:hanging="425"/>
      </w:pPr>
    </w:lvl>
    <w:lvl w:ilvl="1">
      <w:start w:val="1"/>
      <w:numFmt w:val="lowerLetter"/>
      <w:lvlText w:val="%2."/>
      <w:lvlJc w:val="left"/>
      <w:pPr>
        <w:ind w:left="765" w:hanging="425"/>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5CC4633"/>
    <w:multiLevelType w:val="hybridMultilevel"/>
    <w:tmpl w:val="012E8DBC"/>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2" w15:restartNumberingAfterBreak="0">
    <w:nsid w:val="5CCD74E7"/>
    <w:multiLevelType w:val="multilevel"/>
    <w:tmpl w:val="1EF27266"/>
    <w:lvl w:ilvl="0">
      <w:start w:val="1"/>
      <w:numFmt w:val="bullet"/>
      <w:lvlText w:val="•"/>
      <w:lvlJc w:val="left"/>
      <w:pPr>
        <w:ind w:left="425" w:hanging="425"/>
      </w:pPr>
      <w:rPr>
        <w:rFonts w:ascii="Symbol" w:hAnsi="Symbol"/>
      </w:rPr>
    </w:lvl>
    <w:lvl w:ilvl="1">
      <w:start w:val="1"/>
      <w:numFmt w:val="bullet"/>
      <w:lvlText w:val="–"/>
      <w:lvlJc w:val="left"/>
      <w:pPr>
        <w:ind w:left="765" w:hanging="425"/>
      </w:pPr>
      <w:rPr>
        <w:rFonts w:ascii="Aptos" w:hAnsi="Apto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FCA0180"/>
    <w:multiLevelType w:val="multilevel"/>
    <w:tmpl w:val="DCC883E2"/>
    <w:lvl w:ilvl="0">
      <w:start w:val="1"/>
      <w:numFmt w:val="decimal"/>
      <w:lvlText w:val="%1."/>
      <w:lvlJc w:val="left"/>
      <w:pPr>
        <w:ind w:left="425" w:hanging="425"/>
      </w:pPr>
      <w:rPr>
        <w:b/>
        <w:color w:val="auto"/>
      </w:rPr>
    </w:lvl>
    <w:lvl w:ilvl="1">
      <w:start w:val="1"/>
      <w:numFmt w:val="lowerLetter"/>
      <w:lvlText w:val="%2."/>
      <w:lvlJc w:val="left"/>
      <w:pPr>
        <w:ind w:left="765" w:hanging="425"/>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026327129">
    <w:abstractNumId w:val="8"/>
  </w:num>
  <w:num w:numId="2" w16cid:durableId="428083957">
    <w:abstractNumId w:val="6"/>
  </w:num>
  <w:num w:numId="3" w16cid:durableId="272902800">
    <w:abstractNumId w:val="5"/>
  </w:num>
  <w:num w:numId="4" w16cid:durableId="1628467648">
    <w:abstractNumId w:val="4"/>
  </w:num>
  <w:num w:numId="5" w16cid:durableId="2042313379">
    <w:abstractNumId w:val="7"/>
  </w:num>
  <w:num w:numId="6" w16cid:durableId="1534919137">
    <w:abstractNumId w:val="3"/>
  </w:num>
  <w:num w:numId="7" w16cid:durableId="468523949">
    <w:abstractNumId w:val="2"/>
  </w:num>
  <w:num w:numId="8" w16cid:durableId="1049955866">
    <w:abstractNumId w:val="1"/>
  </w:num>
  <w:num w:numId="9" w16cid:durableId="299305955">
    <w:abstractNumId w:val="0"/>
  </w:num>
  <w:num w:numId="10" w16cid:durableId="1830635152">
    <w:abstractNumId w:val="12"/>
  </w:num>
  <w:num w:numId="11" w16cid:durableId="374627134">
    <w:abstractNumId w:val="16"/>
  </w:num>
  <w:num w:numId="12" w16cid:durableId="1116171427">
    <w:abstractNumId w:val="23"/>
  </w:num>
  <w:num w:numId="13" w16cid:durableId="1250692919">
    <w:abstractNumId w:val="9"/>
  </w:num>
  <w:num w:numId="14" w16cid:durableId="1088961550">
    <w:abstractNumId w:val="20"/>
  </w:num>
  <w:num w:numId="15" w16cid:durableId="1538200704">
    <w:abstractNumId w:val="15"/>
  </w:num>
  <w:num w:numId="16" w16cid:durableId="815923898">
    <w:abstractNumId w:val="11"/>
  </w:num>
  <w:num w:numId="17" w16cid:durableId="274219398">
    <w:abstractNumId w:val="18"/>
  </w:num>
  <w:num w:numId="18" w16cid:durableId="1029377948">
    <w:abstractNumId w:val="14"/>
  </w:num>
  <w:num w:numId="19" w16cid:durableId="1029571945">
    <w:abstractNumId w:val="22"/>
  </w:num>
  <w:num w:numId="20" w16cid:durableId="885143230">
    <w:abstractNumId w:val="19"/>
  </w:num>
  <w:num w:numId="21" w16cid:durableId="1853641620">
    <w:abstractNumId w:val="13"/>
  </w:num>
  <w:num w:numId="22" w16cid:durableId="495919641">
    <w:abstractNumId w:val="10"/>
  </w:num>
  <w:num w:numId="23" w16cid:durableId="1429693228">
    <w:abstractNumId w:val="17"/>
  </w:num>
  <w:num w:numId="24" w16cid:durableId="1211769272">
    <w:abstractNumId w:val="2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9"/>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CCF"/>
    <w:rsid w:val="00034616"/>
    <w:rsid w:val="0006063C"/>
    <w:rsid w:val="00060647"/>
    <w:rsid w:val="000A7B00"/>
    <w:rsid w:val="000B603E"/>
    <w:rsid w:val="00120412"/>
    <w:rsid w:val="00131799"/>
    <w:rsid w:val="0015074B"/>
    <w:rsid w:val="00167D66"/>
    <w:rsid w:val="00195797"/>
    <w:rsid w:val="001F45A6"/>
    <w:rsid w:val="00250B0E"/>
    <w:rsid w:val="00295742"/>
    <w:rsid w:val="0029639D"/>
    <w:rsid w:val="002E0F53"/>
    <w:rsid w:val="003002B8"/>
    <w:rsid w:val="0031742B"/>
    <w:rsid w:val="00326F90"/>
    <w:rsid w:val="00362744"/>
    <w:rsid w:val="00365168"/>
    <w:rsid w:val="00397208"/>
    <w:rsid w:val="003D24C7"/>
    <w:rsid w:val="004130F2"/>
    <w:rsid w:val="004D15B1"/>
    <w:rsid w:val="0052300A"/>
    <w:rsid w:val="00526328"/>
    <w:rsid w:val="005431CC"/>
    <w:rsid w:val="00566810"/>
    <w:rsid w:val="00566D7B"/>
    <w:rsid w:val="00575D71"/>
    <w:rsid w:val="00584020"/>
    <w:rsid w:val="005D220B"/>
    <w:rsid w:val="005D474A"/>
    <w:rsid w:val="005F44D8"/>
    <w:rsid w:val="0062110D"/>
    <w:rsid w:val="0064023F"/>
    <w:rsid w:val="00654756"/>
    <w:rsid w:val="00672349"/>
    <w:rsid w:val="006C43A9"/>
    <w:rsid w:val="0070723B"/>
    <w:rsid w:val="00743835"/>
    <w:rsid w:val="00795B12"/>
    <w:rsid w:val="007A6FC4"/>
    <w:rsid w:val="007F245F"/>
    <w:rsid w:val="008344EE"/>
    <w:rsid w:val="008403C3"/>
    <w:rsid w:val="00870505"/>
    <w:rsid w:val="008B6F30"/>
    <w:rsid w:val="008E2465"/>
    <w:rsid w:val="008E7B41"/>
    <w:rsid w:val="009B028B"/>
    <w:rsid w:val="009D79B8"/>
    <w:rsid w:val="00A43D0B"/>
    <w:rsid w:val="00AA1D8D"/>
    <w:rsid w:val="00AD2D19"/>
    <w:rsid w:val="00B01722"/>
    <w:rsid w:val="00B2288E"/>
    <w:rsid w:val="00B252C6"/>
    <w:rsid w:val="00B339B4"/>
    <w:rsid w:val="00B4263C"/>
    <w:rsid w:val="00B46E1C"/>
    <w:rsid w:val="00B47730"/>
    <w:rsid w:val="00B518F7"/>
    <w:rsid w:val="00B94282"/>
    <w:rsid w:val="00B97567"/>
    <w:rsid w:val="00C04E81"/>
    <w:rsid w:val="00CB0664"/>
    <w:rsid w:val="00CE4EE8"/>
    <w:rsid w:val="00D63543"/>
    <w:rsid w:val="00E13BDE"/>
    <w:rsid w:val="00E3102A"/>
    <w:rsid w:val="00E36ACA"/>
    <w:rsid w:val="00E94DFB"/>
    <w:rsid w:val="00EC3DA0"/>
    <w:rsid w:val="00F453A2"/>
    <w:rsid w:val="00F64451"/>
    <w:rsid w:val="00F651D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288671"/>
  <w14:defaultImageDpi w14:val="300"/>
  <w15:docId w15:val="{0F0332F8-24E4-524B-ABCB-6AC8338B7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312" w:lineRule="auto"/>
    </w:pPr>
    <w:rPr>
      <w:color w:val="222222"/>
    </w:rPr>
  </w:style>
  <w:style w:type="paragraph" w:styleId="Heading1">
    <w:name w:val="heading 1"/>
    <w:basedOn w:val="Normal"/>
    <w:next w:val="Normal"/>
    <w:link w:val="Heading1Char"/>
    <w:uiPriority w:val="9"/>
    <w:qFormat/>
    <w:rsid w:val="00FC693F"/>
    <w:pPr>
      <w:keepNext/>
      <w:keepLines/>
      <w:spacing w:after="280" w:line="259" w:lineRule="auto"/>
      <w:outlineLvl w:val="0"/>
    </w:pPr>
    <w:rPr>
      <w:rFonts w:asciiTheme="majorHAnsi" w:eastAsiaTheme="majorEastAsia" w:hAnsiTheme="majorHAnsi" w:cstheme="majorBidi"/>
      <w:b/>
      <w:bCs/>
      <w:color w:val="1E4066"/>
      <w:sz w:val="34"/>
      <w:szCs w:val="28"/>
    </w:rPr>
  </w:style>
  <w:style w:type="paragraph" w:styleId="Heading2">
    <w:name w:val="heading 2"/>
    <w:basedOn w:val="Normal"/>
    <w:next w:val="Normal"/>
    <w:link w:val="Heading2Char"/>
    <w:uiPriority w:val="9"/>
    <w:unhideWhenUsed/>
    <w:qFormat/>
    <w:rsid w:val="00FC693F"/>
    <w:pPr>
      <w:keepNext/>
      <w:keepLines/>
      <w:spacing w:before="360" w:after="100" w:line="264" w:lineRule="auto"/>
      <w:outlineLvl w:val="1"/>
    </w:pPr>
    <w:rPr>
      <w:rFonts w:asciiTheme="majorHAnsi" w:eastAsiaTheme="majorEastAsia" w:hAnsiTheme="majorHAnsi" w:cstheme="majorBidi"/>
      <w:b/>
      <w:bCs/>
      <w:color w:val="1E4066"/>
      <w:sz w:val="26"/>
      <w:szCs w:val="26"/>
    </w:rPr>
  </w:style>
  <w:style w:type="paragraph" w:styleId="Heading3">
    <w:name w:val="heading 3"/>
    <w:basedOn w:val="Normal"/>
    <w:next w:val="Normal"/>
    <w:link w:val="Heading3Char"/>
    <w:uiPriority w:val="9"/>
    <w:unhideWhenUsed/>
    <w:qFormat/>
    <w:rsid w:val="00FC693F"/>
    <w:pPr>
      <w:keepNext/>
      <w:keepLines/>
      <w:spacing w:before="280" w:after="80"/>
      <w:outlineLvl w:val="2"/>
    </w:pPr>
    <w:rPr>
      <w:rFonts w:asciiTheme="majorHAnsi" w:eastAsiaTheme="majorEastAsia" w:hAnsiTheme="majorHAnsi" w:cstheme="majorBidi"/>
      <w:b/>
      <w:bCs/>
      <w:color w:val="1E4066"/>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b/>
      <w:color w:val="1E4066"/>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DLabel">
    <w:name w:val="CDLabel"/>
    <w:basedOn w:val="Normal"/>
    <w:pPr>
      <w:keepNext/>
      <w:spacing w:before="180" w:after="20"/>
      <w:ind w:left="425"/>
    </w:pPr>
    <w:rPr>
      <w:b/>
      <w:sz w:val="20"/>
    </w:rPr>
  </w:style>
  <w:style w:type="paragraph" w:customStyle="1" w:styleId="Intro">
    <w:name w:val="Intro"/>
    <w:basedOn w:val="Normal"/>
    <w:pPr>
      <w:spacing w:after="160"/>
    </w:pPr>
  </w:style>
  <w:style w:type="paragraph" w:customStyle="1" w:styleId="Note">
    <w:name w:val="Note"/>
    <w:basedOn w:val="Normal"/>
    <w:pPr>
      <w:spacing w:before="20" w:line="324" w:lineRule="auto"/>
      <w:ind w:left="425"/>
    </w:pPr>
    <w:rPr>
      <w:color w:val="5C5C5C"/>
      <w:sz w:val="20"/>
    </w:rPr>
  </w:style>
  <w:style w:type="character" w:styleId="Hyperlink">
    <w:name w:val="Hyperlink"/>
    <w:basedOn w:val="DefaultParagraphFont"/>
    <w:uiPriority w:val="99"/>
    <w:unhideWhenUsed/>
    <w:rsid w:val="00295742"/>
    <w:rPr>
      <w:color w:val="0000FF" w:themeColor="hyperlink"/>
      <w:u w:val="single"/>
    </w:rPr>
  </w:style>
  <w:style w:type="character" w:styleId="UnresolvedMention">
    <w:name w:val="Unresolved Mention"/>
    <w:basedOn w:val="DefaultParagraphFont"/>
    <w:uiPriority w:val="99"/>
    <w:semiHidden/>
    <w:unhideWhenUsed/>
    <w:rsid w:val="00295742"/>
    <w:rPr>
      <w:color w:val="605E5C"/>
      <w:shd w:val="clear" w:color="auto" w:fill="E1DFDD"/>
    </w:rPr>
  </w:style>
  <w:style w:type="character" w:styleId="FollowedHyperlink">
    <w:name w:val="FollowedHyperlink"/>
    <w:basedOn w:val="DefaultParagraphFont"/>
    <w:uiPriority w:val="99"/>
    <w:semiHidden/>
    <w:unhideWhenUsed/>
    <w:rsid w:val="00B252C6"/>
    <w:rPr>
      <w:color w:val="800080" w:themeColor="followedHyperlink"/>
      <w:u w:val="single"/>
    </w:rPr>
  </w:style>
  <w:style w:type="character" w:styleId="CommentReference">
    <w:name w:val="annotation reference"/>
    <w:basedOn w:val="DefaultParagraphFont"/>
    <w:uiPriority w:val="99"/>
    <w:semiHidden/>
    <w:unhideWhenUsed/>
    <w:rsid w:val="00AD2D19"/>
    <w:rPr>
      <w:sz w:val="16"/>
      <w:szCs w:val="16"/>
    </w:rPr>
  </w:style>
  <w:style w:type="paragraph" w:styleId="CommentText">
    <w:name w:val="annotation text"/>
    <w:basedOn w:val="Normal"/>
    <w:link w:val="CommentTextChar"/>
    <w:uiPriority w:val="99"/>
    <w:semiHidden/>
    <w:unhideWhenUsed/>
    <w:rsid w:val="00AD2D19"/>
    <w:pPr>
      <w:spacing w:line="240" w:lineRule="auto"/>
    </w:pPr>
    <w:rPr>
      <w:sz w:val="20"/>
      <w:szCs w:val="20"/>
    </w:rPr>
  </w:style>
  <w:style w:type="character" w:customStyle="1" w:styleId="CommentTextChar">
    <w:name w:val="Comment Text Char"/>
    <w:basedOn w:val="DefaultParagraphFont"/>
    <w:link w:val="CommentText"/>
    <w:uiPriority w:val="99"/>
    <w:semiHidden/>
    <w:rsid w:val="00AD2D19"/>
    <w:rPr>
      <w:color w:val="222222"/>
      <w:sz w:val="20"/>
      <w:szCs w:val="20"/>
    </w:rPr>
  </w:style>
  <w:style w:type="paragraph" w:styleId="CommentSubject">
    <w:name w:val="annotation subject"/>
    <w:basedOn w:val="CommentText"/>
    <w:next w:val="CommentText"/>
    <w:link w:val="CommentSubjectChar"/>
    <w:uiPriority w:val="99"/>
    <w:semiHidden/>
    <w:unhideWhenUsed/>
    <w:rsid w:val="00AD2D19"/>
    <w:rPr>
      <w:b/>
      <w:bCs/>
    </w:rPr>
  </w:style>
  <w:style w:type="character" w:customStyle="1" w:styleId="CommentSubjectChar">
    <w:name w:val="Comment Subject Char"/>
    <w:basedOn w:val="CommentTextChar"/>
    <w:link w:val="CommentSubject"/>
    <w:uiPriority w:val="99"/>
    <w:semiHidden/>
    <w:rsid w:val="00AD2D19"/>
    <w:rPr>
      <w:b/>
      <w:bCs/>
      <w:color w:val="222222"/>
      <w:sz w:val="20"/>
      <w:szCs w:val="20"/>
    </w:rPr>
  </w:style>
  <w:style w:type="paragraph" w:styleId="BalloonText">
    <w:name w:val="Balloon Text"/>
    <w:basedOn w:val="Normal"/>
    <w:link w:val="BalloonTextChar"/>
    <w:uiPriority w:val="99"/>
    <w:semiHidden/>
    <w:unhideWhenUsed/>
    <w:rsid w:val="00AD2D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2D19"/>
    <w:rPr>
      <w:rFonts w:ascii="Segoe UI" w:hAnsi="Segoe UI" w:cs="Segoe UI"/>
      <w:color w:val="222222"/>
      <w:sz w:val="18"/>
      <w:szCs w:val="18"/>
    </w:rPr>
  </w:style>
  <w:style w:type="paragraph" w:styleId="Revision">
    <w:name w:val="Revision"/>
    <w:hidden/>
    <w:uiPriority w:val="99"/>
    <w:semiHidden/>
    <w:rsid w:val="008B6F30"/>
    <w:pPr>
      <w:spacing w:after="0" w:line="240" w:lineRule="auto"/>
    </w:pPr>
    <w:rPr>
      <w:color w:val="222222"/>
    </w:rPr>
  </w:style>
  <w:style w:type="table" w:styleId="GridTable5Dark">
    <w:name w:val="Grid Table 5 Dark"/>
    <w:basedOn w:val="TableNormal"/>
    <w:uiPriority w:val="50"/>
    <w:rsid w:val="008B6F3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8B6F3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8B6F3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6Colorful-Accent2">
    <w:name w:val="Grid Table 6 Colorful Accent 2"/>
    <w:basedOn w:val="TableNormal"/>
    <w:uiPriority w:val="51"/>
    <w:rsid w:val="008B6F30"/>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1">
    <w:name w:val="Grid Table 6 Colorful Accent 1"/>
    <w:basedOn w:val="TableNormal"/>
    <w:uiPriority w:val="51"/>
    <w:rsid w:val="008B6F30"/>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dsai.bogazici.edu.tr/en/pages/procedures-forms/4944" TargetMode="External"/><Relationship Id="rId13" Type="http://schemas.openxmlformats.org/officeDocument/2006/relationships/hyperlink" Target="https://dokumantasyon.yok.gov.tr/documentFiles/17531663084.L%C4%B0SANS%C3%9CST%C3%9C%20TEZLER%C4%B0N%20ELEKTRON%C4%B0K%20ORTAMDA%20TOPLANMASI.pdf" TargetMode="External"/><Relationship Id="rId18" Type="http://schemas.openxmlformats.org/officeDocument/2006/relationships/hyperlink" Target="https://dsai.bogazici.edu.tr/en/pages/forms-procedures/4944" TargetMode="External"/><Relationship Id="rId3" Type="http://schemas.openxmlformats.org/officeDocument/2006/relationships/styles" Target="styles.xml"/><Relationship Id="rId21" Type="http://schemas.openxmlformats.org/officeDocument/2006/relationships/hyperlink" Target="https://ogrenciler.bogazici.edu.tr/tr/pages/mezuniyet-basvurusu/7994" TargetMode="External"/><Relationship Id="rId7" Type="http://schemas.openxmlformats.org/officeDocument/2006/relationships/endnotes" Target="endnotes.xml"/><Relationship Id="rId12" Type="http://schemas.openxmlformats.org/officeDocument/2006/relationships/hyperlink" Target="https://tez.yok.gov.tr/UlusalTezMerkezi/" TargetMode="External"/><Relationship Id="rId17" Type="http://schemas.openxmlformats.org/officeDocument/2006/relationships/hyperlink" Target="mailto:dsai.thesis@bogazici.edu.tr"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mediastore.cc.bogazici.edu.tr/web/userfiles/files/THESIS_TITLE__1.pdf" TargetMode="External"/><Relationship Id="rId20" Type="http://schemas.openxmlformats.org/officeDocument/2006/relationships/hyperlink" Target="https://dokumantasyon.yok.gov.tr/documentFiles/17531663084.L%C4%B0SANS%C3%9CST%C3%9C%20TEZLER%C4%B0N%20ELEKTRON%C4%B0K%20ORTAMDA%20TOPLANMASI.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sai.bogazici.edu.tr/en/pages/forms-procedures/4944"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sai.bogazici.edu.tr/en/pages/procedures-forms/4944" TargetMode="External"/><Relationship Id="rId23" Type="http://schemas.openxmlformats.org/officeDocument/2006/relationships/footer" Target="footer1.xml"/><Relationship Id="rId10" Type="http://schemas.openxmlformats.org/officeDocument/2006/relationships/hyperlink" Target="mailto:dsai.thesis@bogazici.edu.tr" TargetMode="External"/><Relationship Id="rId19" Type="http://schemas.openxmlformats.org/officeDocument/2006/relationships/hyperlink" Target="https://tez.yok.gov.tr/UlusalTezMerkezi/" TargetMode="External"/><Relationship Id="rId4" Type="http://schemas.openxmlformats.org/officeDocument/2006/relationships/settings" Target="settings.xml"/><Relationship Id="rId9" Type="http://schemas.openxmlformats.org/officeDocument/2006/relationships/hyperlink" Target="https://mediastore.cc.bogazici.edu.tr/web/userfiles/files/THESIS_TITLE__1.pdf" TargetMode="External"/><Relationship Id="rId14" Type="http://schemas.openxmlformats.org/officeDocument/2006/relationships/hyperlink" Target="https://ogrenciler.bogazici.edu.tr/tr/pages/mezuniyet-basvurusu/7994"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69B408-3CE8-4C4C-8017-59A148B40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6</Pages>
  <Words>1744</Words>
  <Characters>9941</Characters>
  <Application>Microsoft Office Word</Application>
  <DocSecurity>0</DocSecurity>
  <Lines>82</Lines>
  <Paragraphs>23</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Manager/>
  <Company/>
  <LinksUpToDate>false</LinksUpToDate>
  <CharactersWithSpaces>11662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ATAKAN YILDIZ</cp:lastModifiedBy>
  <cp:revision>9</cp:revision>
  <dcterms:created xsi:type="dcterms:W3CDTF">2026-09-09T09:41:00Z</dcterms:created>
  <dcterms:modified xsi:type="dcterms:W3CDTF">2026-09-17T21:35:00Z</dcterms:modified>
  <cp:category/>
</cp:coreProperties>
</file>